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896"/>
      </w:tblGrid>
      <w:tr w:rsidR="00A71AD2" w:rsidRPr="006C690A">
        <w:trPr>
          <w:jc w:val="center"/>
        </w:trPr>
        <w:tc>
          <w:tcPr>
            <w:tcW w:w="4752" w:type="dxa"/>
          </w:tcPr>
          <w:p w:rsidR="00A71AD2" w:rsidRPr="006C690A" w:rsidRDefault="00BC4545">
            <w:pPr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</w:rPr>
              <w:t>S</w:t>
            </w:r>
            <w:r w:rsidRPr="006C690A">
              <w:rPr>
                <w:b/>
                <w:color w:val="1F4E79"/>
              </w:rPr>
              <w:t>Ở</w:t>
            </w:r>
            <w:r w:rsidRPr="006C690A">
              <w:rPr>
                <w:b/>
                <w:color w:val="1F4E79"/>
              </w:rPr>
              <w:t xml:space="preserve"> GIÁO D</w:t>
            </w:r>
            <w:r w:rsidRPr="006C690A">
              <w:rPr>
                <w:b/>
                <w:color w:val="1F4E79"/>
              </w:rPr>
              <w:t>Ụ</w:t>
            </w:r>
            <w:r w:rsidRPr="006C690A">
              <w:rPr>
                <w:b/>
                <w:color w:val="1F4E79"/>
              </w:rPr>
              <w:t>C VÀ ĐÀO T</w:t>
            </w:r>
            <w:r w:rsidRPr="006C690A">
              <w:rPr>
                <w:b/>
                <w:color w:val="1F4E79"/>
              </w:rPr>
              <w:t>Ạ</w:t>
            </w:r>
            <w:r w:rsidRPr="006C690A">
              <w:rPr>
                <w:b/>
                <w:color w:val="1F4E79"/>
              </w:rPr>
              <w:t>O VĨNH LONG</w:t>
            </w:r>
            <w:r w:rsidRPr="006C690A">
              <w:rPr>
                <w:b/>
                <w:color w:val="1F4E79"/>
              </w:rPr>
              <w:br/>
              <w:t>TRƯ</w:t>
            </w:r>
            <w:r w:rsidRPr="006C690A">
              <w:rPr>
                <w:b/>
                <w:color w:val="1F4E79"/>
              </w:rPr>
              <w:t>Ờ</w:t>
            </w:r>
            <w:r w:rsidRPr="006C690A">
              <w:rPr>
                <w:b/>
                <w:color w:val="1F4E79"/>
              </w:rPr>
              <w:t>NG THCS VÀ THPT PHAN VĂN TR</w:t>
            </w:r>
            <w:r w:rsidRPr="006C690A">
              <w:rPr>
                <w:b/>
                <w:color w:val="1F4E79"/>
              </w:rPr>
              <w:t>Ị</w:t>
            </w:r>
          </w:p>
          <w:p w:rsidR="00A71AD2" w:rsidRPr="006C690A" w:rsidRDefault="00BC4545">
            <w:pPr>
              <w:jc w:val="center"/>
              <w:rPr>
                <w:sz w:val="24"/>
              </w:rPr>
            </w:pPr>
            <w:r w:rsidRPr="006C690A">
              <w:rPr>
                <w:b/>
                <w:color w:val="333333"/>
              </w:rPr>
              <w:t>T</w:t>
            </w:r>
            <w:r w:rsidRPr="006C690A">
              <w:rPr>
                <w:b/>
                <w:color w:val="333333"/>
              </w:rPr>
              <w:t>Ổ</w:t>
            </w:r>
            <w:r w:rsidRPr="006C690A">
              <w:rPr>
                <w:b/>
                <w:color w:val="333333"/>
              </w:rPr>
              <w:t xml:space="preserve"> CHUYÊN MÔN KHOA H</w:t>
            </w:r>
            <w:r w:rsidRPr="006C690A">
              <w:rPr>
                <w:b/>
                <w:color w:val="333333"/>
              </w:rPr>
              <w:t>Ọ</w:t>
            </w:r>
            <w:r w:rsidRPr="006C690A">
              <w:rPr>
                <w:b/>
                <w:color w:val="333333"/>
              </w:rPr>
              <w:t>C T</w:t>
            </w:r>
            <w:r w:rsidRPr="006C690A">
              <w:rPr>
                <w:b/>
                <w:color w:val="333333"/>
              </w:rPr>
              <w:t>Ự</w:t>
            </w:r>
            <w:r w:rsidRPr="006C690A">
              <w:rPr>
                <w:b/>
                <w:color w:val="333333"/>
              </w:rPr>
              <w:t xml:space="preserve"> NHIÊN</w:t>
            </w:r>
            <w:r w:rsidRPr="006C690A">
              <w:rPr>
                <w:b/>
                <w:color w:val="333333"/>
              </w:rPr>
              <w:br/>
              <w:t>***</w:t>
            </w:r>
          </w:p>
        </w:tc>
        <w:tc>
          <w:tcPr>
            <w:tcW w:w="4896" w:type="dxa"/>
          </w:tcPr>
          <w:p w:rsidR="00A71AD2" w:rsidRPr="006C690A" w:rsidRDefault="00BC4545">
            <w:pPr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</w:rPr>
              <w:t>C</w:t>
            </w:r>
            <w:r w:rsidRPr="006C690A">
              <w:rPr>
                <w:b/>
                <w:color w:val="1F4E79"/>
              </w:rPr>
              <w:t>Ộ</w:t>
            </w:r>
            <w:r w:rsidRPr="006C690A">
              <w:rPr>
                <w:b/>
                <w:color w:val="1F4E79"/>
              </w:rPr>
              <w:t>NG HÒA XÃ H</w:t>
            </w:r>
            <w:r w:rsidRPr="006C690A">
              <w:rPr>
                <w:b/>
                <w:color w:val="1F4E79"/>
              </w:rPr>
              <w:t>Ộ</w:t>
            </w:r>
            <w:r w:rsidRPr="006C690A">
              <w:rPr>
                <w:b/>
                <w:color w:val="1F4E79"/>
              </w:rPr>
              <w:t>I CH</w:t>
            </w:r>
            <w:r w:rsidRPr="006C690A">
              <w:rPr>
                <w:b/>
                <w:color w:val="1F4E79"/>
              </w:rPr>
              <w:t>Ủ</w:t>
            </w:r>
            <w:r w:rsidRPr="006C690A">
              <w:rPr>
                <w:b/>
                <w:color w:val="1F4E79"/>
              </w:rPr>
              <w:t xml:space="preserve"> NGHĨA VI</w:t>
            </w:r>
            <w:r w:rsidRPr="006C690A">
              <w:rPr>
                <w:b/>
                <w:color w:val="1F4E79"/>
              </w:rPr>
              <w:t>Ệ</w:t>
            </w:r>
            <w:r w:rsidRPr="006C690A">
              <w:rPr>
                <w:b/>
                <w:color w:val="1F4E79"/>
              </w:rPr>
              <w:t>T NAM</w:t>
            </w:r>
            <w:r w:rsidRPr="006C690A">
              <w:rPr>
                <w:b/>
                <w:color w:val="1F4E79"/>
              </w:rPr>
              <w:br/>
              <w:t>Đ</w:t>
            </w:r>
            <w:r w:rsidRPr="006C690A">
              <w:rPr>
                <w:b/>
                <w:color w:val="1F4E79"/>
              </w:rPr>
              <w:t>ộ</w:t>
            </w:r>
            <w:r w:rsidRPr="006C690A">
              <w:rPr>
                <w:b/>
                <w:color w:val="1F4E79"/>
              </w:rPr>
              <w:t>c l</w:t>
            </w:r>
            <w:r w:rsidRPr="006C690A">
              <w:rPr>
                <w:b/>
                <w:color w:val="1F4E79"/>
              </w:rPr>
              <w:t>ậ</w:t>
            </w:r>
            <w:r w:rsidRPr="006C690A">
              <w:rPr>
                <w:b/>
                <w:color w:val="1F4E79"/>
              </w:rPr>
              <w:t>p – T</w:t>
            </w:r>
            <w:r w:rsidRPr="006C690A">
              <w:rPr>
                <w:b/>
                <w:color w:val="1F4E79"/>
              </w:rPr>
              <w:t>ự</w:t>
            </w:r>
            <w:r w:rsidRPr="006C690A">
              <w:rPr>
                <w:b/>
                <w:color w:val="1F4E79"/>
              </w:rPr>
              <w:t xml:space="preserve"> do – H</w:t>
            </w:r>
            <w:r w:rsidRPr="006C690A">
              <w:rPr>
                <w:b/>
                <w:color w:val="1F4E79"/>
              </w:rPr>
              <w:t>ạ</w:t>
            </w:r>
            <w:r w:rsidRPr="006C690A">
              <w:rPr>
                <w:b/>
                <w:color w:val="1F4E79"/>
              </w:rPr>
              <w:t>nh phúc</w:t>
            </w:r>
          </w:p>
          <w:p w:rsidR="00A71AD2" w:rsidRPr="006C690A" w:rsidRDefault="00BC4545">
            <w:pPr>
              <w:jc w:val="center"/>
              <w:rPr>
                <w:sz w:val="24"/>
              </w:rPr>
            </w:pPr>
            <w:r w:rsidRPr="006C690A">
              <w:rPr>
                <w:i/>
                <w:color w:val="555555"/>
              </w:rPr>
              <w:t>Gi</w:t>
            </w:r>
            <w:r w:rsidRPr="006C690A">
              <w:rPr>
                <w:i/>
                <w:color w:val="555555"/>
              </w:rPr>
              <w:t>ồ</w:t>
            </w:r>
            <w:r w:rsidRPr="006C690A">
              <w:rPr>
                <w:i/>
                <w:color w:val="555555"/>
              </w:rPr>
              <w:t>ng Trôm, ngày 17 tháng 10 năm 2026</w:t>
            </w:r>
            <w:r w:rsidRPr="006C690A">
              <w:rPr>
                <w:i/>
                <w:color w:val="555555"/>
              </w:rPr>
              <w:br/>
              <w:t>-----------------</w:t>
            </w:r>
          </w:p>
        </w:tc>
      </w:tr>
    </w:tbl>
    <w:p w:rsidR="00A71AD2" w:rsidRPr="006C690A" w:rsidRDefault="00A71AD2">
      <w:pPr>
        <w:spacing w:after="80"/>
        <w:rPr>
          <w:sz w:val="24"/>
        </w:rPr>
      </w:pPr>
    </w:p>
    <w:p w:rsidR="00A71AD2" w:rsidRPr="006C690A" w:rsidRDefault="00BC4545">
      <w:pPr>
        <w:spacing w:before="120" w:after="40"/>
        <w:jc w:val="center"/>
        <w:rPr>
          <w:sz w:val="24"/>
        </w:rPr>
      </w:pPr>
      <w:r w:rsidRPr="006C690A">
        <w:rPr>
          <w:b/>
          <w:color w:val="1F4E79"/>
          <w:sz w:val="32"/>
        </w:rPr>
        <w:t>TÀI LI</w:t>
      </w:r>
      <w:r w:rsidRPr="006C690A">
        <w:rPr>
          <w:b/>
          <w:color w:val="1F4E79"/>
          <w:sz w:val="32"/>
        </w:rPr>
        <w:t>Ệ</w:t>
      </w:r>
      <w:r w:rsidRPr="006C690A">
        <w:rPr>
          <w:b/>
          <w:color w:val="1F4E79"/>
          <w:sz w:val="32"/>
        </w:rPr>
        <w:t>U TÓM T</w:t>
      </w:r>
      <w:r w:rsidRPr="006C690A">
        <w:rPr>
          <w:b/>
          <w:color w:val="1F4E79"/>
          <w:sz w:val="32"/>
        </w:rPr>
        <w:t>Ắ</w:t>
      </w:r>
      <w:r w:rsidRPr="006C690A">
        <w:rPr>
          <w:b/>
          <w:color w:val="1F4E79"/>
          <w:sz w:val="32"/>
        </w:rPr>
        <w:t xml:space="preserve">T CÁC BÁO CÁO </w:t>
      </w:r>
      <w:r w:rsidRPr="006C690A">
        <w:rPr>
          <w:b/>
          <w:color w:val="1F4E79"/>
          <w:sz w:val="32"/>
        </w:rPr>
        <w:t>TR</w:t>
      </w:r>
      <w:r w:rsidRPr="006C690A">
        <w:rPr>
          <w:b/>
          <w:color w:val="1F4E79"/>
          <w:sz w:val="32"/>
        </w:rPr>
        <w:t>Ọ</w:t>
      </w:r>
      <w:r w:rsidRPr="006C690A">
        <w:rPr>
          <w:b/>
          <w:color w:val="1F4E79"/>
          <w:sz w:val="32"/>
        </w:rPr>
        <w:t>NG TÂM</w:t>
      </w:r>
      <w:r w:rsidRPr="006C690A">
        <w:rPr>
          <w:b/>
          <w:color w:val="1F4E79"/>
          <w:sz w:val="32"/>
        </w:rPr>
        <w:br/>
        <w:t>PH</w:t>
      </w:r>
      <w:r w:rsidRPr="006C690A">
        <w:rPr>
          <w:b/>
          <w:color w:val="1F4E79"/>
          <w:sz w:val="32"/>
        </w:rPr>
        <w:t>Ụ</w:t>
      </w:r>
      <w:r w:rsidRPr="006C690A">
        <w:rPr>
          <w:b/>
          <w:color w:val="1F4E79"/>
          <w:sz w:val="32"/>
        </w:rPr>
        <w:t>C V</w:t>
      </w:r>
      <w:r w:rsidRPr="006C690A">
        <w:rPr>
          <w:b/>
          <w:color w:val="1F4E79"/>
          <w:sz w:val="32"/>
        </w:rPr>
        <w:t>Ụ</w:t>
      </w:r>
      <w:r w:rsidRPr="006C690A">
        <w:rPr>
          <w:b/>
          <w:color w:val="1F4E79"/>
          <w:sz w:val="32"/>
        </w:rPr>
        <w:t xml:space="preserve"> H</w:t>
      </w:r>
      <w:r w:rsidRPr="006C690A">
        <w:rPr>
          <w:b/>
          <w:color w:val="1F4E79"/>
          <w:sz w:val="32"/>
        </w:rPr>
        <w:t>Ộ</w:t>
      </w:r>
      <w:r w:rsidRPr="006C690A">
        <w:rPr>
          <w:b/>
          <w:color w:val="1F4E79"/>
          <w:sz w:val="32"/>
        </w:rPr>
        <w:t>I NGH</w:t>
      </w:r>
      <w:r w:rsidRPr="006C690A">
        <w:rPr>
          <w:b/>
          <w:color w:val="1F4E79"/>
          <w:sz w:val="32"/>
        </w:rPr>
        <w:t>Ị</w:t>
      </w:r>
      <w:r w:rsidRPr="006C690A">
        <w:rPr>
          <w:b/>
          <w:color w:val="1F4E79"/>
          <w:sz w:val="32"/>
        </w:rPr>
        <w:t xml:space="preserve"> VIÊN CH</w:t>
      </w:r>
      <w:r w:rsidRPr="006C690A">
        <w:rPr>
          <w:b/>
          <w:color w:val="1F4E79"/>
          <w:sz w:val="32"/>
        </w:rPr>
        <w:t>Ứ</w:t>
      </w:r>
      <w:r w:rsidRPr="006C690A">
        <w:rPr>
          <w:b/>
          <w:color w:val="1F4E79"/>
          <w:sz w:val="32"/>
        </w:rPr>
        <w:t>C, NGƯ</w:t>
      </w:r>
      <w:r w:rsidRPr="006C690A">
        <w:rPr>
          <w:b/>
          <w:color w:val="1F4E79"/>
          <w:sz w:val="32"/>
        </w:rPr>
        <w:t>Ờ</w:t>
      </w:r>
      <w:r w:rsidRPr="006C690A">
        <w:rPr>
          <w:b/>
          <w:color w:val="1F4E79"/>
          <w:sz w:val="32"/>
        </w:rPr>
        <w:t>I LAO Đ</w:t>
      </w:r>
      <w:r w:rsidRPr="006C690A">
        <w:rPr>
          <w:b/>
          <w:color w:val="1F4E79"/>
          <w:sz w:val="32"/>
        </w:rPr>
        <w:t>Ộ</w:t>
      </w:r>
      <w:r w:rsidRPr="006C690A">
        <w:rPr>
          <w:b/>
          <w:color w:val="1F4E79"/>
          <w:sz w:val="32"/>
        </w:rPr>
        <w:t>NG NĂM H</w:t>
      </w:r>
      <w:r w:rsidRPr="006C690A">
        <w:rPr>
          <w:b/>
          <w:color w:val="1F4E79"/>
          <w:sz w:val="32"/>
        </w:rPr>
        <w:t>Ọ</w:t>
      </w:r>
      <w:r w:rsidRPr="006C690A">
        <w:rPr>
          <w:b/>
          <w:color w:val="1F4E79"/>
          <w:sz w:val="32"/>
        </w:rPr>
        <w:t>C 2026 - 2027</w:t>
      </w:r>
    </w:p>
    <w:p w:rsidR="00A71AD2" w:rsidRPr="006C690A" w:rsidRDefault="00BC4545">
      <w:pPr>
        <w:spacing w:after="200"/>
        <w:jc w:val="center"/>
        <w:rPr>
          <w:sz w:val="24"/>
        </w:rPr>
      </w:pPr>
      <w:r w:rsidRPr="006C690A">
        <w:rPr>
          <w:i/>
          <w:color w:val="555555"/>
        </w:rPr>
        <w:t>(Tài li</w:t>
      </w:r>
      <w:r w:rsidRPr="006C690A">
        <w:rPr>
          <w:i/>
          <w:color w:val="555555"/>
        </w:rPr>
        <w:t>ệ</w:t>
      </w:r>
      <w:r w:rsidRPr="006C690A">
        <w:rPr>
          <w:i/>
          <w:color w:val="555555"/>
        </w:rPr>
        <w:t>u ph</w:t>
      </w:r>
      <w:r w:rsidRPr="006C690A">
        <w:rPr>
          <w:i/>
          <w:color w:val="555555"/>
        </w:rPr>
        <w:t>ụ</w:t>
      </w:r>
      <w:r w:rsidRPr="006C690A">
        <w:rPr>
          <w:i/>
          <w:color w:val="555555"/>
        </w:rPr>
        <w:t>c v</w:t>
      </w:r>
      <w:r w:rsidRPr="006C690A">
        <w:rPr>
          <w:i/>
          <w:color w:val="555555"/>
        </w:rPr>
        <w:t>ụ</w:t>
      </w:r>
      <w:r w:rsidRPr="006C690A">
        <w:rPr>
          <w:i/>
          <w:color w:val="555555"/>
        </w:rPr>
        <w:t xml:space="preserve"> th</w:t>
      </w:r>
      <w:r w:rsidRPr="006C690A">
        <w:rPr>
          <w:i/>
          <w:color w:val="555555"/>
        </w:rPr>
        <w:t>ả</w:t>
      </w:r>
      <w:r w:rsidRPr="006C690A">
        <w:rPr>
          <w:i/>
          <w:color w:val="555555"/>
        </w:rPr>
        <w:t>o lu</w:t>
      </w:r>
      <w:r w:rsidRPr="006C690A">
        <w:rPr>
          <w:i/>
          <w:color w:val="555555"/>
        </w:rPr>
        <w:t>ậ</w:t>
      </w:r>
      <w:r w:rsidRPr="006C690A">
        <w:rPr>
          <w:i/>
          <w:color w:val="555555"/>
        </w:rPr>
        <w:t>n, l</w:t>
      </w:r>
      <w:r w:rsidRPr="006C690A">
        <w:rPr>
          <w:i/>
          <w:color w:val="555555"/>
        </w:rPr>
        <w:t>ấ</w:t>
      </w:r>
      <w:r w:rsidRPr="006C690A">
        <w:rPr>
          <w:i/>
          <w:color w:val="555555"/>
        </w:rPr>
        <w:t>y ý ki</w:t>
      </w:r>
      <w:r w:rsidRPr="006C690A">
        <w:rPr>
          <w:i/>
          <w:color w:val="555555"/>
        </w:rPr>
        <w:t>ế</w:t>
      </w:r>
      <w:r w:rsidRPr="006C690A">
        <w:rPr>
          <w:i/>
          <w:color w:val="555555"/>
        </w:rPr>
        <w:t>n đóng góp t</w:t>
      </w:r>
      <w:r w:rsidRPr="006C690A">
        <w:rPr>
          <w:i/>
          <w:color w:val="555555"/>
        </w:rPr>
        <w:t>ạ</w:t>
      </w:r>
      <w:r w:rsidRPr="006C690A">
        <w:rPr>
          <w:i/>
          <w:color w:val="555555"/>
        </w:rPr>
        <w:t>i cu</w:t>
      </w:r>
      <w:r w:rsidRPr="006C690A">
        <w:rPr>
          <w:i/>
          <w:color w:val="555555"/>
        </w:rPr>
        <w:t>ộ</w:t>
      </w:r>
      <w:r w:rsidRPr="006C690A">
        <w:rPr>
          <w:i/>
          <w:color w:val="555555"/>
        </w:rPr>
        <w:t>c h</w:t>
      </w:r>
      <w:r w:rsidRPr="006C690A">
        <w:rPr>
          <w:i/>
          <w:color w:val="555555"/>
        </w:rPr>
        <w:t>ọ</w:t>
      </w:r>
      <w:r w:rsidRPr="006C690A">
        <w:rPr>
          <w:i/>
          <w:color w:val="555555"/>
        </w:rPr>
        <w:t>p T</w:t>
      </w:r>
      <w:r w:rsidRPr="006C690A">
        <w:rPr>
          <w:i/>
          <w:color w:val="555555"/>
        </w:rPr>
        <w:t>ổ</w:t>
      </w:r>
      <w:r w:rsidRPr="006C690A">
        <w:rPr>
          <w:i/>
          <w:color w:val="555555"/>
        </w:rPr>
        <w:t xml:space="preserve"> Chuyên môn KHTN ngày 17/10/2026,</w:t>
      </w:r>
      <w:r w:rsidRPr="006C690A">
        <w:rPr>
          <w:i/>
          <w:color w:val="555555"/>
        </w:rPr>
        <w:br/>
        <w:t>chu</w:t>
      </w:r>
      <w:r w:rsidRPr="006C690A">
        <w:rPr>
          <w:i/>
          <w:color w:val="555555"/>
        </w:rPr>
        <w:t>ẩ</w:t>
      </w:r>
      <w:r w:rsidRPr="006C690A">
        <w:rPr>
          <w:i/>
          <w:color w:val="555555"/>
        </w:rPr>
        <w:t>n b</w:t>
      </w:r>
      <w:r w:rsidRPr="006C690A">
        <w:rPr>
          <w:i/>
          <w:color w:val="555555"/>
        </w:rPr>
        <w:t>ị</w:t>
      </w:r>
      <w:r w:rsidRPr="006C690A">
        <w:rPr>
          <w:i/>
          <w:color w:val="555555"/>
        </w:rPr>
        <w:t xml:space="preserve"> H</w:t>
      </w:r>
      <w:r w:rsidRPr="006C690A">
        <w:rPr>
          <w:i/>
          <w:color w:val="555555"/>
        </w:rPr>
        <w:t>ộ</w:t>
      </w:r>
      <w:r w:rsidRPr="006C690A">
        <w:rPr>
          <w:i/>
          <w:color w:val="555555"/>
        </w:rPr>
        <w:t>i ngh</w:t>
      </w:r>
      <w:r w:rsidRPr="006C690A">
        <w:rPr>
          <w:i/>
          <w:color w:val="555555"/>
        </w:rPr>
        <w:t>ị</w:t>
      </w:r>
      <w:r w:rsidRPr="006C690A">
        <w:rPr>
          <w:i/>
          <w:color w:val="555555"/>
        </w:rPr>
        <w:t xml:space="preserve"> Viên ch</w:t>
      </w:r>
      <w:r w:rsidRPr="006C690A">
        <w:rPr>
          <w:i/>
          <w:color w:val="555555"/>
        </w:rPr>
        <w:t>ứ</w:t>
      </w:r>
      <w:r w:rsidRPr="006C690A">
        <w:rPr>
          <w:i/>
          <w:color w:val="555555"/>
        </w:rPr>
        <w:t>c - Ngư</w:t>
      </w:r>
      <w:r w:rsidRPr="006C690A">
        <w:rPr>
          <w:i/>
          <w:color w:val="555555"/>
        </w:rPr>
        <w:t>ờ</w:t>
      </w:r>
      <w:r w:rsidRPr="006C690A">
        <w:rPr>
          <w:i/>
          <w:color w:val="555555"/>
        </w:rPr>
        <w:t>i lao đ</w:t>
      </w:r>
      <w:r w:rsidRPr="006C690A">
        <w:rPr>
          <w:i/>
          <w:color w:val="555555"/>
        </w:rPr>
        <w:t>ộ</w:t>
      </w:r>
      <w:r w:rsidRPr="006C690A">
        <w:rPr>
          <w:i/>
          <w:color w:val="555555"/>
        </w:rPr>
        <w:t>ng c</w:t>
      </w:r>
      <w:r w:rsidRPr="006C690A">
        <w:rPr>
          <w:i/>
          <w:color w:val="555555"/>
        </w:rPr>
        <w:t>ấ</w:t>
      </w:r>
      <w:r w:rsidRPr="006C690A">
        <w:rPr>
          <w:i/>
          <w:color w:val="555555"/>
        </w:rPr>
        <w:t>p trư</w:t>
      </w:r>
      <w:r w:rsidRPr="006C690A">
        <w:rPr>
          <w:i/>
          <w:color w:val="555555"/>
        </w:rPr>
        <w:t>ờ</w:t>
      </w:r>
      <w:r w:rsidRPr="006C690A">
        <w:rPr>
          <w:i/>
          <w:color w:val="555555"/>
        </w:rPr>
        <w:t>ng ngày 24/10/2026)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A71AD2" w:rsidRPr="006C690A">
        <w:trPr>
          <w:jc w:val="center"/>
        </w:trPr>
        <w:tc>
          <w:tcPr>
            <w:tcW w:w="9648" w:type="dxa"/>
            <w:tcBorders>
              <w:left w:val="single" w:sz="24" w:space="0" w:color="1F4E79"/>
            </w:tcBorders>
            <w:shd w:val="clear" w:color="auto" w:fill="F2F5F9"/>
            <w:tcMar>
              <w:top w:w="120" w:type="dxa"/>
              <w:left w:w="200" w:type="dxa"/>
              <w:bottom w:w="120" w:type="dxa"/>
              <w:right w:w="180" w:type="dxa"/>
            </w:tcMar>
          </w:tcPr>
          <w:p w:rsidR="00A71AD2" w:rsidRPr="006C690A" w:rsidRDefault="00BC4545">
            <w:pPr>
              <w:spacing w:after="0"/>
              <w:rPr>
                <w:sz w:val="24"/>
              </w:rPr>
            </w:pPr>
            <w:r w:rsidRPr="006C690A">
              <w:rPr>
                <w:b/>
                <w:color w:val="1F4E79"/>
                <w:sz w:val="24"/>
              </w:rPr>
              <w:t>M</w:t>
            </w:r>
            <w:r w:rsidRPr="006C690A">
              <w:rPr>
                <w:b/>
                <w:color w:val="1F4E79"/>
                <w:sz w:val="24"/>
              </w:rPr>
              <w:t>Ụ</w:t>
            </w:r>
            <w:r w:rsidRPr="006C690A">
              <w:rPr>
                <w:b/>
                <w:color w:val="1F4E79"/>
                <w:sz w:val="24"/>
              </w:rPr>
              <w:t>C ĐÍCH &amp; Ý</w:t>
            </w:r>
            <w:r w:rsidRPr="006C690A">
              <w:rPr>
                <w:b/>
                <w:color w:val="1F4E79"/>
                <w:sz w:val="24"/>
              </w:rPr>
              <w:t xml:space="preserve"> NGHĨA TÀI LI</w:t>
            </w:r>
            <w:r w:rsidRPr="006C690A">
              <w:rPr>
                <w:b/>
                <w:color w:val="1F4E79"/>
                <w:sz w:val="24"/>
              </w:rPr>
              <w:t>Ệ</w:t>
            </w:r>
            <w:r w:rsidRPr="006C690A">
              <w:rPr>
                <w:b/>
                <w:color w:val="1F4E79"/>
                <w:sz w:val="24"/>
              </w:rPr>
              <w:t>U:</w:t>
            </w:r>
            <w:r w:rsidRPr="006C690A">
              <w:rPr>
                <w:b/>
                <w:color w:val="1F4E79"/>
                <w:sz w:val="24"/>
              </w:rPr>
              <w:br/>
            </w:r>
            <w:r w:rsidRPr="006C690A">
              <w:t>Nh</w:t>
            </w:r>
            <w:r w:rsidRPr="006C690A">
              <w:t>ằ</w:t>
            </w:r>
            <w:r w:rsidRPr="006C690A">
              <w:t>m giúp toàn th</w:t>
            </w:r>
            <w:r w:rsidRPr="006C690A">
              <w:t>ể</w:t>
            </w:r>
            <w:r w:rsidRPr="006C690A">
              <w:t xml:space="preserve"> quý Th</w:t>
            </w:r>
            <w:r w:rsidRPr="006C690A">
              <w:t>ầ</w:t>
            </w:r>
            <w:r w:rsidRPr="006C690A">
              <w:t>y, Cô trong T</w:t>
            </w:r>
            <w:r w:rsidRPr="006C690A">
              <w:t>ổ</w:t>
            </w:r>
            <w:r w:rsidRPr="006C690A">
              <w:t xml:space="preserve"> Chuyên môn Khoa h</w:t>
            </w:r>
            <w:r w:rsidRPr="006C690A">
              <w:t>ọ</w:t>
            </w:r>
            <w:r w:rsidRPr="006C690A">
              <w:t>c T</w:t>
            </w:r>
            <w:r w:rsidRPr="006C690A">
              <w:t>ự</w:t>
            </w:r>
            <w:r w:rsidRPr="006C690A">
              <w:t xml:space="preserve"> nhiên n</w:t>
            </w:r>
            <w:r w:rsidRPr="006C690A">
              <w:t>ắ</w:t>
            </w:r>
            <w:r w:rsidRPr="006C690A">
              <w:t>m b</w:t>
            </w:r>
            <w:r w:rsidRPr="006C690A">
              <w:t>ắ</w:t>
            </w:r>
            <w:r w:rsidRPr="006C690A">
              <w:t>t nhanh chóng, đ</w:t>
            </w:r>
            <w:r w:rsidRPr="006C690A">
              <w:t>ầ</w:t>
            </w:r>
            <w:r w:rsidRPr="006C690A">
              <w:t>y đ</w:t>
            </w:r>
            <w:r w:rsidRPr="006C690A">
              <w:t>ủ</w:t>
            </w:r>
            <w:r w:rsidRPr="006C690A">
              <w:t xml:space="preserve"> và chu</w:t>
            </w:r>
            <w:r w:rsidRPr="006C690A">
              <w:t>ẩ</w:t>
            </w:r>
            <w:r w:rsidRPr="006C690A">
              <w:t>n xác các n</w:t>
            </w:r>
            <w:r w:rsidRPr="006C690A">
              <w:t>ộ</w:t>
            </w:r>
            <w:r w:rsidRPr="006C690A">
              <w:t>i dung c</w:t>
            </w:r>
            <w:r w:rsidRPr="006C690A">
              <w:t>ố</w:t>
            </w:r>
            <w:r w:rsidRPr="006C690A">
              <w:t>t lõi c</w:t>
            </w:r>
            <w:r w:rsidRPr="006C690A">
              <w:t>ủ</w:t>
            </w:r>
            <w:r w:rsidRPr="006C690A">
              <w:t>a h</w:t>
            </w:r>
            <w:r w:rsidRPr="006C690A">
              <w:t>ệ</w:t>
            </w:r>
            <w:r w:rsidRPr="006C690A">
              <w:t xml:space="preserve"> th</w:t>
            </w:r>
            <w:r w:rsidRPr="006C690A">
              <w:t>ố</w:t>
            </w:r>
            <w:r w:rsidRPr="006C690A">
              <w:t>ng văn ki</w:t>
            </w:r>
            <w:r w:rsidRPr="006C690A">
              <w:t>ệ</w:t>
            </w:r>
            <w:r w:rsidRPr="006C690A">
              <w:t>n H</w:t>
            </w:r>
            <w:r w:rsidRPr="006C690A">
              <w:t>ộ</w:t>
            </w:r>
            <w:r w:rsidRPr="006C690A">
              <w:t>i ngh</w:t>
            </w:r>
            <w:r w:rsidRPr="006C690A">
              <w:t>ị</w:t>
            </w:r>
            <w:r w:rsidRPr="006C690A">
              <w:t xml:space="preserve"> Viên ch</w:t>
            </w:r>
            <w:r w:rsidRPr="006C690A">
              <w:t>ứ</w:t>
            </w:r>
            <w:r w:rsidRPr="006C690A">
              <w:t>c, ngư</w:t>
            </w:r>
            <w:r w:rsidRPr="006C690A">
              <w:t>ờ</w:t>
            </w:r>
            <w:r w:rsidRPr="006C690A">
              <w:t>i lao đ</w:t>
            </w:r>
            <w:r w:rsidRPr="006C690A">
              <w:t>ộ</w:t>
            </w:r>
            <w:r w:rsidRPr="006C690A">
              <w:t>ng năm h</w:t>
            </w:r>
            <w:r w:rsidRPr="006C690A">
              <w:t>ọ</w:t>
            </w:r>
            <w:r w:rsidRPr="006C690A">
              <w:t>c 2026-2027. Tài li</w:t>
            </w:r>
            <w:r w:rsidRPr="006C690A">
              <w:t>ệ</w:t>
            </w:r>
            <w:r w:rsidRPr="006C690A">
              <w:t>u này t</w:t>
            </w:r>
            <w:r w:rsidRPr="006C690A">
              <w:t>ổ</w:t>
            </w:r>
            <w:r w:rsidRPr="006C690A">
              <w:t>ng h</w:t>
            </w:r>
            <w:r w:rsidRPr="006C690A">
              <w:t>ợ</w:t>
            </w:r>
            <w:r w:rsidRPr="006C690A">
              <w:t>p cô đ</w:t>
            </w:r>
            <w:r w:rsidRPr="006C690A">
              <w:t>ọ</w:t>
            </w:r>
            <w:r w:rsidRPr="006C690A">
              <w:t>ng 0</w:t>
            </w:r>
            <w:r w:rsidRPr="006C690A">
              <w:t>6 n</w:t>
            </w:r>
            <w:r w:rsidRPr="006C690A">
              <w:t>ộ</w:t>
            </w:r>
            <w:r w:rsidRPr="006C690A">
              <w:t>i dung tr</w:t>
            </w:r>
            <w:r w:rsidRPr="006C690A">
              <w:t>ọ</w:t>
            </w:r>
            <w:r w:rsidRPr="006C690A">
              <w:t>ng tâm bao g</w:t>
            </w:r>
            <w:r w:rsidRPr="006C690A">
              <w:t>ồ</w:t>
            </w:r>
            <w:bookmarkStart w:id="0" w:name="_GoBack"/>
            <w:bookmarkEnd w:id="0"/>
            <w:r w:rsidRPr="006C690A">
              <w:t>m k</w:t>
            </w:r>
            <w:r w:rsidRPr="006C690A">
              <w:t>ế</w:t>
            </w:r>
            <w:r w:rsidRPr="006C690A">
              <w:t>t qu</w:t>
            </w:r>
            <w:r w:rsidRPr="006C690A">
              <w:t>ả</w:t>
            </w:r>
            <w:r w:rsidRPr="006C690A">
              <w:t xml:space="preserve"> th</w:t>
            </w:r>
            <w:r w:rsidRPr="006C690A">
              <w:t>ự</w:t>
            </w:r>
            <w:r w:rsidRPr="006C690A">
              <w:t>c hi</w:t>
            </w:r>
            <w:r w:rsidRPr="006C690A">
              <w:t>ệ</w:t>
            </w:r>
            <w:r w:rsidRPr="006C690A">
              <w:t>n ch</w:t>
            </w:r>
            <w:r w:rsidRPr="006C690A">
              <w:t>ủ</w:t>
            </w:r>
            <w:r w:rsidRPr="006C690A">
              <w:t xml:space="preserve"> trương pháp lu</w:t>
            </w:r>
            <w:r w:rsidRPr="006C690A">
              <w:t>ậ</w:t>
            </w:r>
            <w:r w:rsidRPr="006C690A">
              <w:t>t, vi</w:t>
            </w:r>
            <w:r w:rsidRPr="006C690A">
              <w:t>ệ</w:t>
            </w:r>
            <w:r w:rsidRPr="006C690A">
              <w:t>c th</w:t>
            </w:r>
            <w:r w:rsidRPr="006C690A">
              <w:t>ự</w:t>
            </w:r>
            <w:r w:rsidRPr="006C690A">
              <w:t>c hi</w:t>
            </w:r>
            <w:r w:rsidRPr="006C690A">
              <w:t>ệ</w:t>
            </w:r>
            <w:r w:rsidRPr="006C690A">
              <w:t>n n</w:t>
            </w:r>
            <w:r w:rsidRPr="006C690A">
              <w:t>ộ</w:t>
            </w:r>
            <w:r w:rsidRPr="006C690A">
              <w:t>i quy cơ quan, ki</w:t>
            </w:r>
            <w:r w:rsidRPr="006C690A">
              <w:t>ể</w:t>
            </w:r>
            <w:r w:rsidRPr="006C690A">
              <w:t>m đi</w:t>
            </w:r>
            <w:r w:rsidRPr="006C690A">
              <w:t>ể</w:t>
            </w:r>
            <w:r w:rsidRPr="006C690A">
              <w:t>m ch</w:t>
            </w:r>
            <w:r w:rsidRPr="006C690A">
              <w:t>ỉ</w:t>
            </w:r>
            <w:r w:rsidRPr="006C690A">
              <w:t xml:space="preserve"> tiêu Ngh</w:t>
            </w:r>
            <w:r w:rsidRPr="006C690A">
              <w:t>ị</w:t>
            </w:r>
            <w:r w:rsidRPr="006C690A">
              <w:t xml:space="preserve"> quy</w:t>
            </w:r>
            <w:r w:rsidRPr="006C690A">
              <w:t>ế</w:t>
            </w:r>
            <w:r w:rsidRPr="006C690A">
              <w:t>t và quy ch</w:t>
            </w:r>
            <w:r w:rsidRPr="006C690A">
              <w:t>ế</w:t>
            </w:r>
            <w:r w:rsidRPr="006C690A">
              <w:t xml:space="preserve"> dân ch</w:t>
            </w:r>
            <w:r w:rsidRPr="006C690A">
              <w:t>ủ</w:t>
            </w:r>
            <w:r w:rsidRPr="006C690A">
              <w:t>, ki</w:t>
            </w:r>
            <w:r w:rsidRPr="006C690A">
              <w:t>ể</w:t>
            </w:r>
            <w:r w:rsidRPr="006C690A">
              <w:t>m đi</w:t>
            </w:r>
            <w:r w:rsidRPr="006C690A">
              <w:t>ể</w:t>
            </w:r>
            <w:r w:rsidRPr="006C690A">
              <w:t>m trách nhi</w:t>
            </w:r>
            <w:r w:rsidRPr="006C690A">
              <w:t>ệ</w:t>
            </w:r>
            <w:r w:rsidRPr="006C690A">
              <w:t>m ngư</w:t>
            </w:r>
            <w:r w:rsidRPr="006C690A">
              <w:t>ờ</w:t>
            </w:r>
            <w:r w:rsidRPr="006C690A">
              <w:t>i đ</w:t>
            </w:r>
            <w:r w:rsidRPr="006C690A">
              <w:t>ứ</w:t>
            </w:r>
            <w:r w:rsidRPr="006C690A">
              <w:t>ng đ</w:t>
            </w:r>
            <w:r w:rsidRPr="006C690A">
              <w:t>ầ</w:t>
            </w:r>
            <w:r w:rsidRPr="006C690A">
              <w:t>u, các đi</w:t>
            </w:r>
            <w:r w:rsidRPr="006C690A">
              <w:t>ể</w:t>
            </w:r>
            <w:r w:rsidRPr="006C690A">
              <w:t>m s</w:t>
            </w:r>
            <w:r w:rsidRPr="006C690A">
              <w:t>ử</w:t>
            </w:r>
            <w:r w:rsidRPr="006C690A">
              <w:t>a đ</w:t>
            </w:r>
            <w:r w:rsidRPr="006C690A">
              <w:t>ổ</w:t>
            </w:r>
            <w:r w:rsidRPr="006C690A">
              <w:t>i - b</w:t>
            </w:r>
            <w:r w:rsidRPr="006C690A">
              <w:t>ổ</w:t>
            </w:r>
            <w:r w:rsidRPr="006C690A">
              <w:t xml:space="preserve"> sung trong D</w:t>
            </w:r>
            <w:r w:rsidRPr="006C690A">
              <w:t>ự</w:t>
            </w:r>
            <w:r w:rsidRPr="006C690A">
              <w:t xml:space="preserve"> th</w:t>
            </w:r>
            <w:r w:rsidRPr="006C690A">
              <w:t>ả</w:t>
            </w:r>
            <w:r w:rsidRPr="006C690A">
              <w:t>o Quy ch</w:t>
            </w:r>
            <w:r w:rsidRPr="006C690A">
              <w:t>ế</w:t>
            </w:r>
            <w:r w:rsidRPr="006C690A">
              <w:t xml:space="preserve"> chi tiêu n</w:t>
            </w:r>
            <w:r w:rsidRPr="006C690A">
              <w:t>ộ</w:t>
            </w:r>
            <w:r w:rsidRPr="006C690A">
              <w:t>i b</w:t>
            </w:r>
            <w:r w:rsidRPr="006C690A">
              <w:t>ộ</w:t>
            </w:r>
            <w:r w:rsidRPr="006C690A">
              <w:t xml:space="preserve"> 20</w:t>
            </w:r>
            <w:r w:rsidRPr="006C690A">
              <w:t>26, cùng Báo cáo và phương hư</w:t>
            </w:r>
            <w:r w:rsidRPr="006C690A">
              <w:t>ớ</w:t>
            </w:r>
            <w:r w:rsidRPr="006C690A">
              <w:t>ng công tác c</w:t>
            </w:r>
            <w:r w:rsidRPr="006C690A">
              <w:t>ủ</w:t>
            </w:r>
            <w:r w:rsidRPr="006C690A">
              <w:t>a Ban Thanh tra nhân dân đ</w:t>
            </w:r>
            <w:r w:rsidRPr="006C690A">
              <w:t>ể</w:t>
            </w:r>
            <w:r w:rsidRPr="006C690A">
              <w:t xml:space="preserve"> T</w:t>
            </w:r>
            <w:r w:rsidRPr="006C690A">
              <w:t>ổ</w:t>
            </w:r>
            <w:r w:rsidRPr="006C690A">
              <w:t xml:space="preserve"> ti</w:t>
            </w:r>
            <w:r w:rsidRPr="006C690A">
              <w:t>ế</w:t>
            </w:r>
            <w:r w:rsidRPr="006C690A">
              <w:t>n hành đóng góp ý ki</w:t>
            </w:r>
            <w:r w:rsidRPr="006C690A">
              <w:t>ế</w:t>
            </w:r>
            <w:r w:rsidRPr="006C690A">
              <w:t>n ch</w:t>
            </w:r>
            <w:r w:rsidRPr="006C690A">
              <w:t>ấ</w:t>
            </w:r>
            <w:r w:rsidRPr="006C690A">
              <w:t>t lư</w:t>
            </w:r>
            <w:r w:rsidRPr="006C690A">
              <w:t>ợ</w:t>
            </w:r>
            <w:r w:rsidRPr="006C690A">
              <w:t>ng, hi</w:t>
            </w:r>
            <w:r w:rsidRPr="006C690A">
              <w:t>ệ</w:t>
            </w:r>
            <w:r w:rsidRPr="006C690A">
              <w:t>u qu</w:t>
            </w:r>
            <w:r w:rsidRPr="006C690A">
              <w:t>ả</w:t>
            </w:r>
            <w:r w:rsidRPr="006C690A">
              <w:t>.</w:t>
            </w:r>
          </w:p>
        </w:tc>
      </w:tr>
    </w:tbl>
    <w:p w:rsidR="00A71AD2" w:rsidRPr="006C690A" w:rsidRDefault="00A71AD2">
      <w:pPr>
        <w:spacing w:after="120"/>
        <w:rPr>
          <w:sz w:val="24"/>
        </w:rPr>
      </w:pP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I. BÁO CÁO KI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ĐI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VI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C TH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>C 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N ĐƯ</w:t>
      </w:r>
      <w:r w:rsidRPr="006C690A">
        <w:rPr>
          <w:b/>
          <w:color w:val="1F4E79"/>
          <w:sz w:val="28"/>
        </w:rPr>
        <w:t>Ờ</w:t>
      </w:r>
      <w:r w:rsidRPr="006C690A">
        <w:rPr>
          <w:b/>
          <w:color w:val="1F4E79"/>
          <w:sz w:val="28"/>
        </w:rPr>
        <w:t>NG L</w:t>
      </w:r>
      <w:r w:rsidRPr="006C690A">
        <w:rPr>
          <w:b/>
          <w:color w:val="1F4E79"/>
          <w:sz w:val="28"/>
        </w:rPr>
        <w:t>Ố</w:t>
      </w:r>
      <w:r w:rsidRPr="006C690A">
        <w:rPr>
          <w:b/>
          <w:color w:val="1F4E79"/>
          <w:sz w:val="28"/>
        </w:rPr>
        <w:t>I, CH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 xml:space="preserve"> TRƯƠNG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Đ</w:t>
      </w:r>
      <w:r w:rsidRPr="006C690A">
        <w:rPr>
          <w:b/>
          <w:color w:val="1F4E79"/>
          <w:sz w:val="28"/>
        </w:rPr>
        <w:t>Ả</w:t>
      </w:r>
      <w:r w:rsidRPr="006C690A">
        <w:rPr>
          <w:b/>
          <w:color w:val="1F4E79"/>
          <w:sz w:val="28"/>
        </w:rPr>
        <w:t>NG; CHÍNH SÁCH, PHÁP LU</w:t>
      </w:r>
      <w:r w:rsidRPr="006C690A">
        <w:rPr>
          <w:b/>
          <w:color w:val="1F4E79"/>
          <w:sz w:val="28"/>
        </w:rPr>
        <w:t>Ậ</w:t>
      </w:r>
      <w:r w:rsidRPr="006C690A">
        <w:rPr>
          <w:b/>
          <w:color w:val="1F4E79"/>
          <w:sz w:val="28"/>
        </w:rPr>
        <w:t>T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NHÀ NƯ</w:t>
      </w:r>
      <w:r w:rsidRPr="006C690A">
        <w:rPr>
          <w:b/>
          <w:color w:val="1F4E79"/>
          <w:sz w:val="28"/>
        </w:rPr>
        <w:t>Ớ</w:t>
      </w:r>
      <w:r w:rsidRPr="006C690A">
        <w:rPr>
          <w:b/>
          <w:color w:val="1F4E79"/>
          <w:sz w:val="28"/>
        </w:rPr>
        <w:t>C LIÊN QUAN Đ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>N CH</w:t>
      </w:r>
      <w:r w:rsidRPr="006C690A">
        <w:rPr>
          <w:b/>
          <w:color w:val="1F4E79"/>
          <w:sz w:val="28"/>
        </w:rPr>
        <w:t>Ứ</w:t>
      </w:r>
      <w:r w:rsidRPr="006C690A">
        <w:rPr>
          <w:b/>
          <w:color w:val="1F4E79"/>
          <w:sz w:val="28"/>
        </w:rPr>
        <w:t xml:space="preserve">C </w:t>
      </w:r>
      <w:r w:rsidRPr="006C690A">
        <w:rPr>
          <w:b/>
          <w:color w:val="1F4E79"/>
          <w:sz w:val="28"/>
        </w:rPr>
        <w:t>NĂNG, NHI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M V</w:t>
      </w:r>
      <w:r w:rsidRPr="006C690A">
        <w:rPr>
          <w:b/>
          <w:color w:val="1F4E79"/>
          <w:sz w:val="28"/>
        </w:rPr>
        <w:t>Ụ</w:t>
      </w:r>
      <w:r w:rsidRPr="006C690A">
        <w:rPr>
          <w:b/>
          <w:color w:val="1F4E79"/>
          <w:sz w:val="28"/>
        </w:rPr>
        <w:t xml:space="preserve">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ĐƠN V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 xml:space="preserve">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2025-2026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B</w:t>
      </w:r>
      <w:r w:rsidRPr="006C690A">
        <w:rPr>
          <w:b/>
          <w:color w:val="2F5597"/>
          <w:sz w:val="24"/>
        </w:rPr>
        <w:t>ố</w:t>
      </w:r>
      <w:r w:rsidRPr="006C690A">
        <w:rPr>
          <w:b/>
          <w:color w:val="2F5597"/>
          <w:sz w:val="24"/>
        </w:rPr>
        <w:t>i c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>nh tình hình &amp; Quy mô nhà trư</w:t>
      </w:r>
      <w:r w:rsidRPr="006C690A">
        <w:rPr>
          <w:b/>
          <w:color w:val="2F5597"/>
          <w:sz w:val="24"/>
        </w:rPr>
        <w:t>ờ</w:t>
      </w:r>
      <w:r w:rsidRPr="006C690A">
        <w:rPr>
          <w:b/>
          <w:color w:val="2F5597"/>
          <w:sz w:val="24"/>
        </w:rPr>
        <w:t>ng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2025-2026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Quy mô trư</w:t>
      </w:r>
      <w:r w:rsidRPr="006C690A">
        <w:rPr>
          <w:b/>
        </w:rPr>
        <w:t>ờ</w:t>
      </w:r>
      <w:r w:rsidRPr="006C690A">
        <w:rPr>
          <w:b/>
        </w:rPr>
        <w:t>ng l</w:t>
      </w:r>
      <w:r w:rsidRPr="006C690A">
        <w:rPr>
          <w:b/>
        </w:rPr>
        <w:t>ớ</w:t>
      </w:r>
      <w:r w:rsidRPr="006C690A">
        <w:rPr>
          <w:b/>
        </w:rPr>
        <w:t xml:space="preserve">p: </w:t>
      </w:r>
      <w:r w:rsidRPr="006C690A">
        <w:t>Toàn trư</w:t>
      </w:r>
      <w:r w:rsidRPr="006C690A">
        <w:t>ờ</w:t>
      </w:r>
      <w:r w:rsidRPr="006C690A">
        <w:t>ng có 56 l</w:t>
      </w:r>
      <w:r w:rsidRPr="006C690A">
        <w:t>ớ</w:t>
      </w:r>
      <w:r w:rsidRPr="006C690A">
        <w:t>p v</w:t>
      </w:r>
      <w:r w:rsidRPr="006C690A">
        <w:t>ớ</w:t>
      </w:r>
      <w:r w:rsidRPr="006C690A">
        <w:t>i 2.306 h</w:t>
      </w:r>
      <w:r w:rsidRPr="006C690A">
        <w:t>ọ</w:t>
      </w:r>
      <w:r w:rsidRPr="006C690A">
        <w:t>c sinh. Trong đó c</w:t>
      </w:r>
      <w:r w:rsidRPr="006C690A">
        <w:t>ấ</w:t>
      </w:r>
      <w:r w:rsidRPr="006C690A">
        <w:t>p THCS có 36 l</w:t>
      </w:r>
      <w:r w:rsidRPr="006C690A">
        <w:t>ớ</w:t>
      </w:r>
      <w:r w:rsidRPr="006C690A">
        <w:t>p (Kh</w:t>
      </w:r>
      <w:r w:rsidRPr="006C690A">
        <w:t>ố</w:t>
      </w:r>
      <w:r w:rsidRPr="006C690A">
        <w:t>i 6: 8 l</w:t>
      </w:r>
      <w:r w:rsidRPr="006C690A">
        <w:t>ớ</w:t>
      </w:r>
      <w:r w:rsidRPr="006C690A">
        <w:t>p/325 HS; Kh</w:t>
      </w:r>
      <w:r w:rsidRPr="006C690A">
        <w:t>ố</w:t>
      </w:r>
      <w:r w:rsidRPr="006C690A">
        <w:t>i 7: 9 l</w:t>
      </w:r>
      <w:r w:rsidRPr="006C690A">
        <w:t>ớ</w:t>
      </w:r>
      <w:r w:rsidRPr="006C690A">
        <w:t>p/376 HS; Kh</w:t>
      </w:r>
      <w:r w:rsidRPr="006C690A">
        <w:t>ố</w:t>
      </w:r>
      <w:r w:rsidRPr="006C690A">
        <w:t>i 8: 10 l</w:t>
      </w:r>
      <w:r w:rsidRPr="006C690A">
        <w:t>ớ</w:t>
      </w:r>
      <w:r w:rsidRPr="006C690A">
        <w:t>p/397</w:t>
      </w:r>
      <w:r w:rsidRPr="006C690A">
        <w:t xml:space="preserve"> HS; Kh</w:t>
      </w:r>
      <w:r w:rsidRPr="006C690A">
        <w:t>ố</w:t>
      </w:r>
      <w:r w:rsidRPr="006C690A">
        <w:t>i 9: 9 l</w:t>
      </w:r>
      <w:r w:rsidRPr="006C690A">
        <w:t>ớ</w:t>
      </w:r>
      <w:r w:rsidRPr="006C690A">
        <w:t>p/356 HS); C</w:t>
      </w:r>
      <w:r w:rsidRPr="006C690A">
        <w:t>ấ</w:t>
      </w:r>
      <w:r w:rsidRPr="006C690A">
        <w:t>p THPT có 20 l</w:t>
      </w:r>
      <w:r w:rsidRPr="006C690A">
        <w:t>ớ</w:t>
      </w:r>
      <w:r w:rsidRPr="006C690A">
        <w:t>p (Kh</w:t>
      </w:r>
      <w:r w:rsidRPr="006C690A">
        <w:t>ố</w:t>
      </w:r>
      <w:r w:rsidRPr="006C690A">
        <w:t>i 10: 7 l</w:t>
      </w:r>
      <w:r w:rsidRPr="006C690A">
        <w:t>ớ</w:t>
      </w:r>
      <w:r w:rsidRPr="006C690A">
        <w:t>p/299 HS; Kh</w:t>
      </w:r>
      <w:r w:rsidRPr="006C690A">
        <w:t>ố</w:t>
      </w:r>
      <w:r w:rsidRPr="006C690A">
        <w:t>i 11: 7 l</w:t>
      </w:r>
      <w:r w:rsidRPr="006C690A">
        <w:t>ớ</w:t>
      </w:r>
      <w:r w:rsidRPr="006C690A">
        <w:t>p/302 HS; Kh</w:t>
      </w:r>
      <w:r w:rsidRPr="006C690A">
        <w:t>ố</w:t>
      </w:r>
      <w:r w:rsidRPr="006C690A">
        <w:t>i 12: 6 l</w:t>
      </w:r>
      <w:r w:rsidRPr="006C690A">
        <w:t>ớ</w:t>
      </w:r>
      <w:r w:rsidRPr="006C690A">
        <w:t>p/251 HS).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Đ</w:t>
      </w:r>
      <w:r w:rsidRPr="006C690A">
        <w:rPr>
          <w:b/>
        </w:rPr>
        <w:t>ộ</w:t>
      </w:r>
      <w:r w:rsidRPr="006C690A">
        <w:rPr>
          <w:b/>
        </w:rPr>
        <w:t>i ngũ nhân s</w:t>
      </w:r>
      <w:r w:rsidRPr="006C690A">
        <w:rPr>
          <w:b/>
        </w:rPr>
        <w:t>ự</w:t>
      </w:r>
      <w:r w:rsidRPr="006C690A">
        <w:rPr>
          <w:b/>
        </w:rPr>
        <w:t xml:space="preserve">: </w:t>
      </w:r>
      <w:r w:rsidRPr="006C690A">
        <w:t>Biên ch</w:t>
      </w:r>
      <w:r w:rsidRPr="006C690A">
        <w:t>ế</w:t>
      </w:r>
      <w:r w:rsidRPr="006C690A">
        <w:t xml:space="preserve"> đư</w:t>
      </w:r>
      <w:r w:rsidRPr="006C690A">
        <w:t>ợ</w:t>
      </w:r>
      <w:r w:rsidRPr="006C690A">
        <w:t>c giao là 134, hi</w:t>
      </w:r>
      <w:r w:rsidRPr="006C690A">
        <w:t>ệ</w:t>
      </w:r>
      <w:r w:rsidRPr="006C690A">
        <w:t>n có 133 CB-GV-NV (thi</w:t>
      </w:r>
      <w:r w:rsidRPr="006C690A">
        <w:t>ế</w:t>
      </w:r>
      <w:r w:rsidRPr="006C690A">
        <w:t>u 01 biên ch</w:t>
      </w:r>
      <w:r w:rsidRPr="006C690A">
        <w:t>ế</w:t>
      </w:r>
      <w:r w:rsidRPr="006C690A">
        <w:t>). Bao g</w:t>
      </w:r>
      <w:r w:rsidRPr="006C690A">
        <w:t>ồ</w:t>
      </w:r>
      <w:r w:rsidRPr="006C690A">
        <w:t>m 05 Cán b</w:t>
      </w:r>
      <w:r w:rsidRPr="006C690A">
        <w:t>ộ</w:t>
      </w:r>
      <w:r w:rsidRPr="006C690A">
        <w:t xml:space="preserve"> qu</w:t>
      </w:r>
      <w:r w:rsidRPr="006C690A">
        <w:t>ả</w:t>
      </w:r>
      <w:r w:rsidRPr="006C690A">
        <w:t>n lý; 116 Giáo viên (đ</w:t>
      </w:r>
      <w:r w:rsidRPr="006C690A">
        <w:t>ạ</w:t>
      </w:r>
      <w:r w:rsidRPr="006C690A">
        <w:t>t t</w:t>
      </w:r>
      <w:r w:rsidRPr="006C690A">
        <w:t>ỷ</w:t>
      </w:r>
      <w:r w:rsidRPr="006C690A">
        <w:t xml:space="preserve"> l</w:t>
      </w:r>
      <w:r w:rsidRPr="006C690A">
        <w:t>ệ</w:t>
      </w:r>
      <w:r w:rsidRPr="006C690A">
        <w:t xml:space="preserve"> </w:t>
      </w:r>
      <w:r w:rsidRPr="006C690A">
        <w:t>2,03 GV/l</w:t>
      </w:r>
      <w:r w:rsidRPr="006C690A">
        <w:t>ớ</w:t>
      </w:r>
      <w:r w:rsidRPr="006C690A">
        <w:t>p đ</w:t>
      </w:r>
      <w:r w:rsidRPr="006C690A">
        <w:t>ố</w:t>
      </w:r>
      <w:r w:rsidRPr="006C690A">
        <w:t>i v</w:t>
      </w:r>
      <w:r w:rsidRPr="006C690A">
        <w:t>ớ</w:t>
      </w:r>
      <w:r w:rsidRPr="006C690A">
        <w:t>i THCS và 2,15 GV/l</w:t>
      </w:r>
      <w:r w:rsidRPr="006C690A">
        <w:t>ớ</w:t>
      </w:r>
      <w:r w:rsidRPr="006C690A">
        <w:t>p đ</w:t>
      </w:r>
      <w:r w:rsidRPr="006C690A">
        <w:t>ố</w:t>
      </w:r>
      <w:r w:rsidRPr="006C690A">
        <w:t>i v</w:t>
      </w:r>
      <w:r w:rsidRPr="006C690A">
        <w:t>ớ</w:t>
      </w:r>
      <w:r w:rsidRPr="006C690A">
        <w:t>i THPT); 12 Nhân viên. Đ</w:t>
      </w:r>
      <w:r w:rsidRPr="006C690A">
        <w:t>ộ</w:t>
      </w:r>
      <w:r w:rsidRPr="006C690A">
        <w:t>i ngũ h</w:t>
      </w:r>
      <w:r w:rsidRPr="006C690A">
        <w:t>ợ</w:t>
      </w:r>
      <w:r w:rsidRPr="006C690A">
        <w:t>p đ</w:t>
      </w:r>
      <w:r w:rsidRPr="006C690A">
        <w:t>ồ</w:t>
      </w:r>
      <w:r w:rsidRPr="006C690A">
        <w:t>ng hàng năm: 10 ngư</w:t>
      </w:r>
      <w:r w:rsidRPr="006C690A">
        <w:t>ờ</w:t>
      </w:r>
      <w:r w:rsidRPr="006C690A">
        <w:t>i (06 b</w:t>
      </w:r>
      <w:r w:rsidRPr="006C690A">
        <w:t>ả</w:t>
      </w:r>
      <w:r w:rsidRPr="006C690A">
        <w:t>o v</w:t>
      </w:r>
      <w:r w:rsidRPr="006C690A">
        <w:t>ệ</w:t>
      </w:r>
      <w:r w:rsidRPr="006C690A">
        <w:t>, 04 t</w:t>
      </w:r>
      <w:r w:rsidRPr="006C690A">
        <w:t>ạ</w:t>
      </w:r>
      <w:r w:rsidRPr="006C690A">
        <w:t>p v</w:t>
      </w:r>
      <w:r w:rsidRPr="006C690A">
        <w:t>ụ</w:t>
      </w:r>
      <w:r w:rsidRPr="006C690A">
        <w:t>).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Công tác xây d</w:t>
      </w:r>
      <w:r w:rsidRPr="006C690A">
        <w:rPr>
          <w:b/>
        </w:rPr>
        <w:t>ự</w:t>
      </w:r>
      <w:r w:rsidRPr="006C690A">
        <w:rPr>
          <w:b/>
        </w:rPr>
        <w:t>ng Đ</w:t>
      </w:r>
      <w:r w:rsidRPr="006C690A">
        <w:rPr>
          <w:b/>
        </w:rPr>
        <w:t>ả</w:t>
      </w:r>
      <w:r w:rsidRPr="006C690A">
        <w:rPr>
          <w:b/>
        </w:rPr>
        <w:t xml:space="preserve">ng: </w:t>
      </w:r>
      <w:r w:rsidRPr="006C690A">
        <w:t>T</w:t>
      </w:r>
      <w:r w:rsidRPr="006C690A">
        <w:t>ổ</w:t>
      </w:r>
      <w:r w:rsidRPr="006C690A">
        <w:t>ng s</w:t>
      </w:r>
      <w:r w:rsidRPr="006C690A">
        <w:t>ố</w:t>
      </w:r>
      <w:r w:rsidRPr="006C690A">
        <w:t xml:space="preserve"> đ</w:t>
      </w:r>
      <w:r w:rsidRPr="006C690A">
        <w:t>ả</w:t>
      </w:r>
      <w:r w:rsidRPr="006C690A">
        <w:t>ng viên là 87/133 (chi</w:t>
      </w:r>
      <w:r w:rsidRPr="006C690A">
        <w:t>ế</w:t>
      </w:r>
      <w:r w:rsidRPr="006C690A">
        <w:t>m 65,41%), trong năm đã b</w:t>
      </w:r>
      <w:r w:rsidRPr="006C690A">
        <w:t>ồ</w:t>
      </w:r>
      <w:r w:rsidRPr="006C690A">
        <w:t>i dư</w:t>
      </w:r>
      <w:r w:rsidRPr="006C690A">
        <w:t>ỡ</w:t>
      </w:r>
      <w:r w:rsidRPr="006C690A">
        <w:t>ng k</w:t>
      </w:r>
      <w:r w:rsidRPr="006C690A">
        <w:t>ế</w:t>
      </w:r>
      <w:r w:rsidRPr="006C690A">
        <w:t>t n</w:t>
      </w:r>
      <w:r w:rsidRPr="006C690A">
        <w:t>ạ</w:t>
      </w:r>
      <w:r w:rsidRPr="006C690A">
        <w:t>p m</w:t>
      </w:r>
      <w:r w:rsidRPr="006C690A">
        <w:t>ớ</w:t>
      </w:r>
      <w:r w:rsidRPr="006C690A">
        <w:t>i 03 đ</w:t>
      </w:r>
      <w:r w:rsidRPr="006C690A">
        <w:t>ả</w:t>
      </w:r>
      <w:r w:rsidRPr="006C690A">
        <w:t xml:space="preserve">ng viên. 100% CBQL </w:t>
      </w:r>
      <w:r w:rsidRPr="006C690A">
        <w:t>đ</w:t>
      </w:r>
      <w:r w:rsidRPr="006C690A">
        <w:t>ạ</w:t>
      </w:r>
      <w:r w:rsidRPr="006C690A">
        <w:t>t trình đ</w:t>
      </w:r>
      <w:r w:rsidRPr="006C690A">
        <w:t>ộ</w:t>
      </w:r>
      <w:r w:rsidRPr="006C690A">
        <w:t xml:space="preserve"> Th</w:t>
      </w:r>
      <w:r w:rsidRPr="006C690A">
        <w:t>ạ</w:t>
      </w:r>
      <w:r w:rsidRPr="006C690A">
        <w:t>c sĩ và Trung c</w:t>
      </w:r>
      <w:r w:rsidRPr="006C690A">
        <w:t>ấ</w:t>
      </w:r>
      <w:r w:rsidRPr="006C690A">
        <w:t>p LLCT; 97,97% đ</w:t>
      </w:r>
      <w:r w:rsidRPr="006C690A">
        <w:t>ộ</w:t>
      </w:r>
      <w:r w:rsidRPr="006C690A">
        <w:t>i ngũ đ</w:t>
      </w:r>
      <w:r w:rsidRPr="006C690A">
        <w:t>ạ</w:t>
      </w:r>
      <w:r w:rsidRPr="006C690A">
        <w:t>t chu</w:t>
      </w:r>
      <w:r w:rsidRPr="006C690A">
        <w:t>ẩ</w:t>
      </w:r>
      <w:r w:rsidRPr="006C690A">
        <w:t>n tin h</w:t>
      </w:r>
      <w:r w:rsidRPr="006C690A">
        <w:t>ọ</w:t>
      </w:r>
      <w:r w:rsidRPr="006C690A">
        <w:t>c, ngo</w:t>
      </w:r>
      <w:r w:rsidRPr="006C690A">
        <w:t>ạ</w:t>
      </w:r>
      <w:r w:rsidRPr="006C690A">
        <w:t>i ng</w:t>
      </w:r>
      <w:r w:rsidRPr="006C690A">
        <w:t>ữ</w:t>
      </w:r>
      <w:r w:rsidRPr="006C690A">
        <w:t>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2. K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 xml:space="preserve"> quán tri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t đư</w:t>
      </w:r>
      <w:r w:rsidRPr="006C690A">
        <w:rPr>
          <w:b/>
          <w:color w:val="2F5597"/>
          <w:sz w:val="24"/>
        </w:rPr>
        <w:t>ờ</w:t>
      </w:r>
      <w:r w:rsidRPr="006C690A">
        <w:rPr>
          <w:b/>
          <w:color w:val="2F5597"/>
          <w:sz w:val="24"/>
        </w:rPr>
        <w:t>ng l</w:t>
      </w:r>
      <w:r w:rsidRPr="006C690A">
        <w:rPr>
          <w:b/>
          <w:color w:val="2F5597"/>
          <w:sz w:val="24"/>
        </w:rPr>
        <w:t>ố</w:t>
      </w:r>
      <w:r w:rsidRPr="006C690A">
        <w:rPr>
          <w:b/>
          <w:color w:val="2F5597"/>
          <w:sz w:val="24"/>
        </w:rPr>
        <w:t>i, ch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 xml:space="preserve"> trương c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>a Đ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>ng và chính sách pháp lu</w:t>
      </w:r>
      <w:r w:rsidRPr="006C690A">
        <w:rPr>
          <w:b/>
          <w:color w:val="2F5597"/>
          <w:sz w:val="24"/>
        </w:rPr>
        <w:t>ậ</w:t>
      </w:r>
      <w:r w:rsidRPr="006C690A">
        <w:rPr>
          <w:b/>
          <w:color w:val="2F5597"/>
          <w:sz w:val="24"/>
        </w:rPr>
        <w:t>t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Công tác tuyên truy</w:t>
      </w:r>
      <w:r w:rsidRPr="006C690A">
        <w:rPr>
          <w:b/>
        </w:rPr>
        <w:t>ề</w:t>
      </w:r>
      <w:r w:rsidRPr="006C690A">
        <w:rPr>
          <w:b/>
        </w:rPr>
        <w:t>n, ph</w:t>
      </w:r>
      <w:r w:rsidRPr="006C690A">
        <w:rPr>
          <w:b/>
        </w:rPr>
        <w:t>ổ</w:t>
      </w:r>
      <w:r w:rsidRPr="006C690A">
        <w:rPr>
          <w:b/>
        </w:rPr>
        <w:t xml:space="preserve"> bi</w:t>
      </w:r>
      <w:r w:rsidRPr="006C690A">
        <w:rPr>
          <w:b/>
        </w:rPr>
        <w:t>ế</w:t>
      </w:r>
      <w:r w:rsidRPr="006C690A">
        <w:rPr>
          <w:b/>
        </w:rPr>
        <w:t xml:space="preserve">n: </w:t>
      </w:r>
      <w:r w:rsidRPr="006C690A">
        <w:t>Tri</w:t>
      </w:r>
      <w:r w:rsidRPr="006C690A">
        <w:t>ể</w:t>
      </w:r>
      <w:r w:rsidRPr="006C690A">
        <w:t>n khai k</w:t>
      </w:r>
      <w:r w:rsidRPr="006C690A">
        <w:t>ị</w:t>
      </w:r>
      <w:r w:rsidRPr="006C690A">
        <w:t>p th</w:t>
      </w:r>
      <w:r w:rsidRPr="006C690A">
        <w:t>ờ</w:t>
      </w:r>
      <w:r w:rsidRPr="006C690A">
        <w:t>i, sâu r</w:t>
      </w:r>
      <w:r w:rsidRPr="006C690A">
        <w:t>ộ</w:t>
      </w:r>
      <w:r w:rsidRPr="006C690A">
        <w:t>ng 100% các Ngh</w:t>
      </w:r>
      <w:r w:rsidRPr="006C690A">
        <w:t>ị</w:t>
      </w:r>
      <w:r w:rsidRPr="006C690A">
        <w:t xml:space="preserve"> quy</w:t>
      </w:r>
      <w:r w:rsidRPr="006C690A">
        <w:t>ế</w:t>
      </w:r>
      <w:r w:rsidRPr="006C690A">
        <w:t>t c</w:t>
      </w:r>
      <w:r w:rsidRPr="006C690A">
        <w:t>ủ</w:t>
      </w:r>
      <w:r w:rsidRPr="006C690A">
        <w:t>a Đ</w:t>
      </w:r>
      <w:r w:rsidRPr="006C690A">
        <w:t>ả</w:t>
      </w:r>
      <w:r w:rsidRPr="006C690A">
        <w:t>ng, p</w:t>
      </w:r>
      <w:r w:rsidRPr="006C690A">
        <w:t>háp lu</w:t>
      </w:r>
      <w:r w:rsidRPr="006C690A">
        <w:t>ậ</w:t>
      </w:r>
      <w:r w:rsidRPr="006C690A">
        <w:t>t c</w:t>
      </w:r>
      <w:r w:rsidRPr="006C690A">
        <w:t>ủ</w:t>
      </w:r>
      <w:r w:rsidRPr="006C690A">
        <w:t>a Nhà nư</w:t>
      </w:r>
      <w:r w:rsidRPr="006C690A">
        <w:t>ớ</w:t>
      </w:r>
      <w:r w:rsidRPr="006C690A">
        <w:t>c và văn b</w:t>
      </w:r>
      <w:r w:rsidRPr="006C690A">
        <w:t>ả</w:t>
      </w:r>
      <w:r w:rsidRPr="006C690A">
        <w:t>n ch</w:t>
      </w:r>
      <w:r w:rsidRPr="006C690A">
        <w:t>ỉ</w:t>
      </w:r>
      <w:r w:rsidRPr="006C690A">
        <w:t xml:space="preserve"> đ</w:t>
      </w:r>
      <w:r w:rsidRPr="006C690A">
        <w:t>ạ</w:t>
      </w:r>
      <w:r w:rsidRPr="006C690A">
        <w:t>o c</w:t>
      </w:r>
      <w:r w:rsidRPr="006C690A">
        <w:t>ủ</w:t>
      </w:r>
      <w:r w:rsidRPr="006C690A">
        <w:t>a S</w:t>
      </w:r>
      <w:r w:rsidRPr="006C690A">
        <w:t>ở</w:t>
      </w:r>
      <w:r w:rsidRPr="006C690A">
        <w:t xml:space="preserve"> GD&amp;ĐT đ</w:t>
      </w:r>
      <w:r w:rsidRPr="006C690A">
        <w:t>ế</w:t>
      </w:r>
      <w:r w:rsidRPr="006C690A">
        <w:t>n toàn th</w:t>
      </w:r>
      <w:r w:rsidRPr="006C690A">
        <w:t>ể</w:t>
      </w:r>
      <w:r w:rsidRPr="006C690A">
        <w:t xml:space="preserve"> cán b</w:t>
      </w:r>
      <w:r w:rsidRPr="006C690A">
        <w:t>ộ</w:t>
      </w:r>
      <w:r w:rsidRPr="006C690A">
        <w:t>, giáo viên, nhân viên.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H</w:t>
      </w:r>
      <w:r w:rsidRPr="006C690A">
        <w:rPr>
          <w:b/>
        </w:rPr>
        <w:t>ọ</w:t>
      </w:r>
      <w:r w:rsidRPr="006C690A">
        <w:rPr>
          <w:b/>
        </w:rPr>
        <w:t>c t</w:t>
      </w:r>
      <w:r w:rsidRPr="006C690A">
        <w:rPr>
          <w:b/>
        </w:rPr>
        <w:t>ậ</w:t>
      </w:r>
      <w:r w:rsidRPr="006C690A">
        <w:rPr>
          <w:b/>
        </w:rPr>
        <w:t xml:space="preserve">p và làm theo Bác: </w:t>
      </w:r>
      <w:r w:rsidRPr="006C690A">
        <w:t>Tri</w:t>
      </w:r>
      <w:r w:rsidRPr="006C690A">
        <w:t>ể</w:t>
      </w:r>
      <w:r w:rsidRPr="006C690A">
        <w:t>n khai nghiêm túc K</w:t>
      </w:r>
      <w:r w:rsidRPr="006C690A">
        <w:t>ế</w:t>
      </w:r>
      <w:r w:rsidRPr="006C690A">
        <w:t>t lu</w:t>
      </w:r>
      <w:r w:rsidRPr="006C690A">
        <w:t>ậ</w:t>
      </w:r>
      <w:r w:rsidRPr="006C690A">
        <w:t>n 01-KL/TW (Ch</w:t>
      </w:r>
      <w:r w:rsidRPr="006C690A">
        <w:t>ỉ</w:t>
      </w:r>
      <w:r w:rsidRPr="006C690A">
        <w:t xml:space="preserve"> th</w:t>
      </w:r>
      <w:r w:rsidRPr="006C690A">
        <w:t>ị</w:t>
      </w:r>
      <w:r w:rsidRPr="006C690A">
        <w:t xml:space="preserve"> 05-CT/TW) v</w:t>
      </w:r>
      <w:r w:rsidRPr="006C690A">
        <w:t>ề</w:t>
      </w:r>
      <w:r w:rsidRPr="006C690A">
        <w:t xml:space="preserve"> h</w:t>
      </w:r>
      <w:r w:rsidRPr="006C690A">
        <w:t>ọ</w:t>
      </w:r>
      <w:r w:rsidRPr="006C690A">
        <w:t>c t</w:t>
      </w:r>
      <w:r w:rsidRPr="006C690A">
        <w:t>ậ</w:t>
      </w:r>
      <w:r w:rsidRPr="006C690A">
        <w:t>p và làm theo Bác; K</w:t>
      </w:r>
      <w:r w:rsidRPr="006C690A">
        <w:t>ế</w:t>
      </w:r>
      <w:r w:rsidRPr="006C690A">
        <w:t>t lu</w:t>
      </w:r>
      <w:r w:rsidRPr="006C690A">
        <w:t>ậ</w:t>
      </w:r>
      <w:r w:rsidRPr="006C690A">
        <w:t>n s</w:t>
      </w:r>
      <w:r w:rsidRPr="006C690A">
        <w:t>ố</w:t>
      </w:r>
      <w:r w:rsidRPr="006C690A">
        <w:t xml:space="preserve"> 91-KL/TW ngày 12/8/2024 c</w:t>
      </w:r>
      <w:r w:rsidRPr="006C690A">
        <w:t>ủ</w:t>
      </w:r>
      <w:r w:rsidRPr="006C690A">
        <w:t>a B</w:t>
      </w:r>
      <w:r w:rsidRPr="006C690A">
        <w:t>ộ</w:t>
      </w:r>
      <w:r w:rsidRPr="006C690A">
        <w:t xml:space="preserve"> Chín</w:t>
      </w:r>
      <w:r w:rsidRPr="006C690A">
        <w:t>h tr</w:t>
      </w:r>
      <w:r w:rsidRPr="006C690A">
        <w:t>ị</w:t>
      </w:r>
      <w:r w:rsidRPr="006C690A">
        <w:t xml:space="preserve"> v</w:t>
      </w:r>
      <w:r w:rsidRPr="006C690A">
        <w:t>ề</w:t>
      </w:r>
      <w:r w:rsidRPr="006C690A">
        <w:t xml:space="preserve"> ti</w:t>
      </w:r>
      <w:r w:rsidRPr="006C690A">
        <w:t>ế</w:t>
      </w:r>
      <w:r w:rsidRPr="006C690A">
        <w:t>p t</w:t>
      </w:r>
      <w:r w:rsidRPr="006C690A">
        <w:t>ụ</w:t>
      </w:r>
      <w:r w:rsidRPr="006C690A">
        <w:t>c th</w:t>
      </w:r>
      <w:r w:rsidRPr="006C690A">
        <w:t>ự</w:t>
      </w:r>
      <w:r w:rsidRPr="006C690A">
        <w:t>c hi</w:t>
      </w:r>
      <w:r w:rsidRPr="006C690A">
        <w:t>ệ</w:t>
      </w:r>
      <w:r w:rsidRPr="006C690A">
        <w:t>n Ngh</w:t>
      </w:r>
      <w:r w:rsidRPr="006C690A">
        <w:t>ị</w:t>
      </w:r>
      <w:r w:rsidRPr="006C690A">
        <w:t xml:space="preserve"> quy</w:t>
      </w:r>
      <w:r w:rsidRPr="006C690A">
        <w:t>ế</w:t>
      </w:r>
      <w:r w:rsidRPr="006C690A">
        <w:t>t s</w:t>
      </w:r>
      <w:r w:rsidRPr="006C690A">
        <w:t>ố</w:t>
      </w:r>
      <w:r w:rsidRPr="006C690A">
        <w:t xml:space="preserve"> 29-NQ/TW v</w:t>
      </w:r>
      <w:r w:rsidRPr="006C690A">
        <w:t>ề</w:t>
      </w:r>
      <w:r w:rsidRPr="006C690A">
        <w:t xml:space="preserve"> đ</w:t>
      </w:r>
      <w:r w:rsidRPr="006C690A">
        <w:t>ổ</w:t>
      </w:r>
      <w:r w:rsidRPr="006C690A">
        <w:t>i m</w:t>
      </w:r>
      <w:r w:rsidRPr="006C690A">
        <w:t>ớ</w:t>
      </w:r>
      <w:r w:rsidRPr="006C690A">
        <w:t>i căn b</w:t>
      </w:r>
      <w:r w:rsidRPr="006C690A">
        <w:t>ả</w:t>
      </w:r>
      <w:r w:rsidRPr="006C690A">
        <w:t>n, toàn di</w:t>
      </w:r>
      <w:r w:rsidRPr="006C690A">
        <w:t>ệ</w:t>
      </w:r>
      <w:r w:rsidRPr="006C690A">
        <w:t>n giáo d</w:t>
      </w:r>
      <w:r w:rsidRPr="006C690A">
        <w:t>ụ</w:t>
      </w:r>
      <w:r w:rsidRPr="006C690A">
        <w:t>c và đào t</w:t>
      </w:r>
      <w:r w:rsidRPr="006C690A">
        <w:t>ạ</w:t>
      </w:r>
      <w:r w:rsidRPr="006C690A">
        <w:t>o; tri</w:t>
      </w:r>
      <w:r w:rsidRPr="006C690A">
        <w:t>ể</w:t>
      </w:r>
      <w:r w:rsidRPr="006C690A">
        <w:t>n khai Ngh</w:t>
      </w:r>
      <w:r w:rsidRPr="006C690A">
        <w:t>ị</w:t>
      </w:r>
      <w:r w:rsidRPr="006C690A">
        <w:t xml:space="preserve"> quy</w:t>
      </w:r>
      <w:r w:rsidRPr="006C690A">
        <w:t>ế</w:t>
      </w:r>
      <w:r w:rsidRPr="006C690A">
        <w:t>t Đ</w:t>
      </w:r>
      <w:r w:rsidRPr="006C690A">
        <w:t>ạ</w:t>
      </w:r>
      <w:r w:rsidRPr="006C690A">
        <w:t>i h</w:t>
      </w:r>
      <w:r w:rsidRPr="006C690A">
        <w:t>ộ</w:t>
      </w:r>
      <w:r w:rsidRPr="006C690A">
        <w:t>i Đ</w:t>
      </w:r>
      <w:r w:rsidRPr="006C690A">
        <w:t>ả</w:t>
      </w:r>
      <w:r w:rsidRPr="006C690A">
        <w:t>ng b</w:t>
      </w:r>
      <w:r w:rsidRPr="006C690A">
        <w:t>ộ</w:t>
      </w:r>
      <w:r w:rsidRPr="006C690A">
        <w:t xml:space="preserve"> t</w:t>
      </w:r>
      <w:r w:rsidRPr="006C690A">
        <w:t>ỉ</w:t>
      </w:r>
      <w:r w:rsidRPr="006C690A">
        <w:t>nh Vĩnh Long l</w:t>
      </w:r>
      <w:r w:rsidRPr="006C690A">
        <w:t>ầ</w:t>
      </w:r>
      <w:r w:rsidRPr="006C690A">
        <w:t>n th</w:t>
      </w:r>
      <w:r w:rsidRPr="006C690A">
        <w:t>ứ</w:t>
      </w:r>
      <w:r w:rsidRPr="006C690A">
        <w:t xml:space="preserve"> I.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lastRenderedPageBreak/>
        <w:t>Th</w:t>
      </w:r>
      <w:r w:rsidRPr="006C690A">
        <w:rPr>
          <w:b/>
        </w:rPr>
        <w:t>ự</w:t>
      </w:r>
      <w:r w:rsidRPr="006C690A">
        <w:rPr>
          <w:b/>
        </w:rPr>
        <w:t>c hi</w:t>
      </w:r>
      <w:r w:rsidRPr="006C690A">
        <w:rPr>
          <w:b/>
        </w:rPr>
        <w:t>ệ</w:t>
      </w:r>
      <w:r w:rsidRPr="006C690A">
        <w:rPr>
          <w:b/>
        </w:rPr>
        <w:t>n dân ch</w:t>
      </w:r>
      <w:r w:rsidRPr="006C690A">
        <w:rPr>
          <w:b/>
        </w:rPr>
        <w:t>ủ</w:t>
      </w:r>
      <w:r w:rsidRPr="006C690A">
        <w:rPr>
          <w:b/>
        </w:rPr>
        <w:t xml:space="preserve"> &amp; công khai: </w:t>
      </w:r>
      <w:r w:rsidRPr="006C690A">
        <w:t>Tri</w:t>
      </w:r>
      <w:r w:rsidRPr="006C690A">
        <w:t>ể</w:t>
      </w:r>
      <w:r w:rsidRPr="006C690A">
        <w:t>n khai đ</w:t>
      </w:r>
      <w:r w:rsidRPr="006C690A">
        <w:t>ầ</w:t>
      </w:r>
      <w:r w:rsidRPr="006C690A">
        <w:t>y đ</w:t>
      </w:r>
      <w:r w:rsidRPr="006C690A">
        <w:t>ủ</w:t>
      </w:r>
      <w:r w:rsidRPr="006C690A">
        <w:t xml:space="preserve"> Lu</w:t>
      </w:r>
      <w:r w:rsidRPr="006C690A">
        <w:t>ậ</w:t>
      </w:r>
      <w:r w:rsidRPr="006C690A">
        <w:t>t Th</w:t>
      </w:r>
      <w:r w:rsidRPr="006C690A">
        <w:t>ự</w:t>
      </w:r>
      <w:r w:rsidRPr="006C690A">
        <w:t>c hi</w:t>
      </w:r>
      <w:r w:rsidRPr="006C690A">
        <w:t>ệ</w:t>
      </w:r>
      <w:r w:rsidRPr="006C690A">
        <w:t>n dân ch</w:t>
      </w:r>
      <w:r w:rsidRPr="006C690A">
        <w:t>ủ</w:t>
      </w:r>
      <w:r w:rsidRPr="006C690A">
        <w:t xml:space="preserve"> </w:t>
      </w:r>
      <w:r w:rsidRPr="006C690A">
        <w:t>ở</w:t>
      </w:r>
      <w:r w:rsidRPr="006C690A">
        <w:t xml:space="preserve"> cơ s</w:t>
      </w:r>
      <w:r w:rsidRPr="006C690A">
        <w:t>ở</w:t>
      </w:r>
      <w:r w:rsidRPr="006C690A">
        <w:t xml:space="preserve"> (Lu</w:t>
      </w:r>
      <w:r w:rsidRPr="006C690A">
        <w:t>ậ</w:t>
      </w:r>
      <w:r w:rsidRPr="006C690A">
        <w:t>t s</w:t>
      </w:r>
      <w:r w:rsidRPr="006C690A">
        <w:t>ố</w:t>
      </w:r>
      <w:r w:rsidRPr="006C690A">
        <w:t xml:space="preserve"> 1</w:t>
      </w:r>
      <w:r w:rsidRPr="006C690A">
        <w:t>0/2022/QH15) và Thông tư s</w:t>
      </w:r>
      <w:r w:rsidRPr="006C690A">
        <w:t>ố</w:t>
      </w:r>
      <w:r w:rsidRPr="006C690A">
        <w:t xml:space="preserve"> 11/2020/TT-BGDĐT. Th</w:t>
      </w:r>
      <w:r w:rsidRPr="006C690A">
        <w:t>ự</w:t>
      </w:r>
      <w:r w:rsidRPr="006C690A">
        <w:t>c hi</w:t>
      </w:r>
      <w:r w:rsidRPr="006C690A">
        <w:t>ệ</w:t>
      </w:r>
      <w:r w:rsidRPr="006C690A">
        <w:t>n nghiêm túc quy đ</w:t>
      </w:r>
      <w:r w:rsidRPr="006C690A">
        <w:t>ị</w:t>
      </w:r>
      <w:r w:rsidRPr="006C690A">
        <w:t>nh công khai theo Thông tư s</w:t>
      </w:r>
      <w:r w:rsidRPr="006C690A">
        <w:t>ố</w:t>
      </w:r>
      <w:r w:rsidRPr="006C690A">
        <w:t xml:space="preserve"> 09/2024/TT-BGDĐT ngày 03/6/2024 c</w:t>
      </w:r>
      <w:r w:rsidRPr="006C690A">
        <w:t>ủ</w:t>
      </w:r>
      <w:r w:rsidRPr="006C690A">
        <w:t>a B</w:t>
      </w:r>
      <w:r w:rsidRPr="006C690A">
        <w:t>ộ</w:t>
      </w:r>
      <w:r w:rsidRPr="006C690A">
        <w:t xml:space="preserve"> GD&amp;ĐT.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Đ</w:t>
      </w:r>
      <w:r w:rsidRPr="006C690A">
        <w:rPr>
          <w:b/>
        </w:rPr>
        <w:t>ạ</w:t>
      </w:r>
      <w:r w:rsidRPr="006C690A">
        <w:rPr>
          <w:b/>
        </w:rPr>
        <w:t>o đ</w:t>
      </w:r>
      <w:r w:rsidRPr="006C690A">
        <w:rPr>
          <w:b/>
        </w:rPr>
        <w:t>ứ</w:t>
      </w:r>
      <w:r w:rsidRPr="006C690A">
        <w:rPr>
          <w:b/>
        </w:rPr>
        <w:t>c công v</w:t>
      </w:r>
      <w:r w:rsidRPr="006C690A">
        <w:rPr>
          <w:b/>
        </w:rPr>
        <w:t>ụ</w:t>
      </w:r>
      <w:r w:rsidRPr="006C690A">
        <w:rPr>
          <w:b/>
        </w:rPr>
        <w:t xml:space="preserve"> &amp; l</w:t>
      </w:r>
      <w:r w:rsidRPr="006C690A">
        <w:rPr>
          <w:b/>
        </w:rPr>
        <w:t>ố</w:t>
      </w:r>
      <w:r w:rsidRPr="006C690A">
        <w:rPr>
          <w:b/>
        </w:rPr>
        <w:t>i s</w:t>
      </w:r>
      <w:r w:rsidRPr="006C690A">
        <w:rPr>
          <w:b/>
        </w:rPr>
        <w:t>ố</w:t>
      </w:r>
      <w:r w:rsidRPr="006C690A">
        <w:rPr>
          <w:b/>
        </w:rPr>
        <w:t xml:space="preserve">ng: </w:t>
      </w:r>
      <w:r w:rsidRPr="006C690A">
        <w:t>T</w:t>
      </w:r>
      <w:r w:rsidRPr="006C690A">
        <w:t>ậ</w:t>
      </w:r>
      <w:r w:rsidRPr="006C690A">
        <w:t>p th</w:t>
      </w:r>
      <w:r w:rsidRPr="006C690A">
        <w:t>ể</w:t>
      </w:r>
      <w:r w:rsidRPr="006C690A">
        <w:t xml:space="preserve"> sư ph</w:t>
      </w:r>
      <w:r w:rsidRPr="006C690A">
        <w:t>ạ</w:t>
      </w:r>
      <w:r w:rsidRPr="006C690A">
        <w:t>m gi</w:t>
      </w:r>
      <w:r w:rsidRPr="006C690A">
        <w:t>ữ</w:t>
      </w:r>
      <w:r w:rsidRPr="006C690A">
        <w:t xml:space="preserve"> v</w:t>
      </w:r>
      <w:r w:rsidRPr="006C690A">
        <w:t>ữ</w:t>
      </w:r>
      <w:r w:rsidRPr="006C690A">
        <w:t>ng l</w:t>
      </w:r>
      <w:r w:rsidRPr="006C690A">
        <w:t>ậ</w:t>
      </w:r>
      <w:r w:rsidRPr="006C690A">
        <w:t>p trư</w:t>
      </w:r>
      <w:r w:rsidRPr="006C690A">
        <w:t>ờ</w:t>
      </w:r>
      <w:r w:rsidRPr="006C690A">
        <w:t>ng tư tư</w:t>
      </w:r>
      <w:r w:rsidRPr="006C690A">
        <w:t>ở</w:t>
      </w:r>
      <w:r w:rsidRPr="006C690A">
        <w:t>ng chính tr</w:t>
      </w:r>
      <w:r w:rsidRPr="006C690A">
        <w:t>ị</w:t>
      </w:r>
      <w:r w:rsidRPr="006C690A">
        <w:t>, đ</w:t>
      </w:r>
      <w:r w:rsidRPr="006C690A">
        <w:t>ạ</w:t>
      </w:r>
      <w:r w:rsidRPr="006C690A">
        <w:t>o đ</w:t>
      </w:r>
      <w:r w:rsidRPr="006C690A">
        <w:t>ứ</w:t>
      </w:r>
      <w:r w:rsidRPr="006C690A">
        <w:t>c nhà giáo,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đoàn k</w:t>
      </w:r>
      <w:r w:rsidRPr="006C690A">
        <w:t>ế</w:t>
      </w:r>
      <w:r w:rsidRPr="006C690A">
        <w:t>t th</w:t>
      </w:r>
      <w:r w:rsidRPr="006C690A">
        <w:t>ố</w:t>
      </w:r>
      <w:r w:rsidRPr="006C690A">
        <w:t>ng nh</w:t>
      </w:r>
      <w:r w:rsidRPr="006C690A">
        <w:t>ấ</w:t>
      </w:r>
      <w:r w:rsidRPr="006C690A">
        <w:t>t; không có cán b</w:t>
      </w:r>
      <w:r w:rsidRPr="006C690A">
        <w:t>ộ</w:t>
      </w:r>
      <w:r w:rsidRPr="006C690A">
        <w:t>, giáo viên vi ph</w:t>
      </w:r>
      <w:r w:rsidRPr="006C690A">
        <w:t>ạ</w:t>
      </w:r>
      <w:r w:rsidRPr="006C690A">
        <w:t>m đ</w:t>
      </w:r>
      <w:r w:rsidRPr="006C690A">
        <w:t>ạ</w:t>
      </w:r>
      <w:r w:rsidRPr="006C690A">
        <w:t>o đ</w:t>
      </w:r>
      <w:r w:rsidRPr="006C690A">
        <w:t>ứ</w:t>
      </w:r>
      <w:r w:rsidRPr="006C690A">
        <w:t>c nhà giáo ho</w:t>
      </w:r>
      <w:r w:rsidRPr="006C690A">
        <w:t>ặ</w:t>
      </w:r>
      <w:r w:rsidRPr="006C690A">
        <w:t>c bi</w:t>
      </w:r>
      <w:r w:rsidRPr="006C690A">
        <w:t>ể</w:t>
      </w:r>
      <w:r w:rsidRPr="006C690A">
        <w:t>u hi</w:t>
      </w:r>
      <w:r w:rsidRPr="006C690A">
        <w:t>ệ</w:t>
      </w:r>
      <w:r w:rsidRPr="006C690A">
        <w:t>n 't</w:t>
      </w:r>
      <w:r w:rsidRPr="006C690A">
        <w:t>ự</w:t>
      </w:r>
      <w:r w:rsidRPr="006C690A">
        <w:t xml:space="preserve"> di</w:t>
      </w:r>
      <w:r w:rsidRPr="006C690A">
        <w:t>ễ</w:t>
      </w:r>
      <w:r w:rsidRPr="006C690A">
        <w:t>n bi</w:t>
      </w:r>
      <w:r w:rsidRPr="006C690A">
        <w:t>ế</w:t>
      </w:r>
      <w:r w:rsidRPr="006C690A">
        <w:t>n', 't</w:t>
      </w:r>
      <w:r w:rsidRPr="006C690A">
        <w:t>ự</w:t>
      </w:r>
      <w:r w:rsidRPr="006C690A">
        <w:t xml:space="preserve"> chuy</w:t>
      </w:r>
      <w:r w:rsidRPr="006C690A">
        <w:t>ể</w:t>
      </w:r>
      <w:r w:rsidRPr="006C690A">
        <w:t>n hóa'.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3. Đánh giá chung &amp; Phương hư</w:t>
      </w:r>
      <w:r w:rsidRPr="006C690A">
        <w:rPr>
          <w:b/>
          <w:color w:val="2F5597"/>
          <w:sz w:val="24"/>
        </w:rPr>
        <w:t>ớ</w:t>
      </w:r>
      <w:r w:rsidRPr="006C690A">
        <w:rPr>
          <w:b/>
          <w:color w:val="2F5597"/>
          <w:sz w:val="24"/>
        </w:rPr>
        <w:t>ng tr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ng tâm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2026-2027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Ưu đi</w:t>
      </w:r>
      <w:r w:rsidRPr="006C690A">
        <w:rPr>
          <w:b/>
        </w:rPr>
        <w:t>ể</w:t>
      </w:r>
      <w:r w:rsidRPr="006C690A">
        <w:rPr>
          <w:b/>
        </w:rPr>
        <w:t>m n</w:t>
      </w:r>
      <w:r w:rsidRPr="006C690A">
        <w:rPr>
          <w:b/>
        </w:rPr>
        <w:t>ổ</w:t>
      </w:r>
      <w:r w:rsidRPr="006C690A">
        <w:rPr>
          <w:b/>
        </w:rPr>
        <w:t>i b</w:t>
      </w:r>
      <w:r w:rsidRPr="006C690A">
        <w:rPr>
          <w:b/>
        </w:rPr>
        <w:t>ậ</w:t>
      </w:r>
      <w:r w:rsidRPr="006C690A">
        <w:rPr>
          <w:b/>
        </w:rPr>
        <w:t xml:space="preserve">t: </w:t>
      </w:r>
      <w:r w:rsidRPr="006C690A">
        <w:t>C</w:t>
      </w:r>
      <w:r w:rsidRPr="006C690A">
        <w:t>ấ</w:t>
      </w:r>
      <w:r w:rsidRPr="006C690A">
        <w:t xml:space="preserve">p </w:t>
      </w:r>
      <w:r w:rsidRPr="006C690A">
        <w:t>ủ</w:t>
      </w:r>
      <w:r w:rsidRPr="006C690A">
        <w:t>y, Ban Giám hi</w:t>
      </w:r>
      <w:r w:rsidRPr="006C690A">
        <w:t>ệ</w:t>
      </w:r>
      <w:r w:rsidRPr="006C690A">
        <w:t>u lãnh đ</w:t>
      </w:r>
      <w:r w:rsidRPr="006C690A">
        <w:t>ạ</w:t>
      </w:r>
      <w:r w:rsidRPr="006C690A">
        <w:t>o sâu sát; CB-GV-NV nêu ca</w:t>
      </w:r>
      <w:r w:rsidRPr="006C690A">
        <w:t>o tinh th</w:t>
      </w:r>
      <w:r w:rsidRPr="006C690A">
        <w:t>ầ</w:t>
      </w:r>
      <w:r w:rsidRPr="006C690A">
        <w:t>n trách nhi</w:t>
      </w:r>
      <w:r w:rsidRPr="006C690A">
        <w:t>ệ</w:t>
      </w:r>
      <w:r w:rsidRPr="006C690A">
        <w:t>m, tích c</w:t>
      </w:r>
      <w:r w:rsidRPr="006C690A">
        <w:t>ự</w:t>
      </w:r>
      <w:r w:rsidRPr="006C690A">
        <w:t>c đ</w:t>
      </w:r>
      <w:r w:rsidRPr="006C690A">
        <w:t>ổ</w:t>
      </w:r>
      <w:r w:rsidRPr="006C690A">
        <w:t>i m</w:t>
      </w:r>
      <w:r w:rsidRPr="006C690A">
        <w:t>ớ</w:t>
      </w:r>
      <w:r w:rsidRPr="006C690A">
        <w:t>i phương pháp gi</w:t>
      </w:r>
      <w:r w:rsidRPr="006C690A">
        <w:t>ả</w:t>
      </w:r>
      <w:r w:rsidRPr="006C690A">
        <w:t>ng d</w:t>
      </w:r>
      <w:r w:rsidRPr="006C690A">
        <w:t>ạ</w:t>
      </w:r>
      <w:r w:rsidRPr="006C690A">
        <w:t>y, hoàn thành t</w:t>
      </w:r>
      <w:r w:rsidRPr="006C690A">
        <w:t>ố</w:t>
      </w:r>
      <w:r w:rsidRPr="006C690A">
        <w:t>t nhi</w:t>
      </w:r>
      <w:r w:rsidRPr="006C690A">
        <w:t>ệ</w:t>
      </w:r>
      <w:r w:rsidRPr="006C690A">
        <w:t>m v</w:t>
      </w:r>
      <w:r w:rsidRPr="006C690A">
        <w:t>ụ</w:t>
      </w:r>
      <w:r w:rsidRPr="006C690A">
        <w:t xml:space="preserve"> chính tr</w:t>
      </w:r>
      <w:r w:rsidRPr="006C690A">
        <w:t>ị</w:t>
      </w:r>
      <w:r w:rsidRPr="006C690A">
        <w:t xml:space="preserve"> đư</w:t>
      </w:r>
      <w:r w:rsidRPr="006C690A">
        <w:t>ợ</w:t>
      </w:r>
      <w:r w:rsidRPr="006C690A">
        <w:t>c giao.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Khó khăn, t</w:t>
      </w:r>
      <w:r w:rsidRPr="006C690A">
        <w:rPr>
          <w:b/>
        </w:rPr>
        <w:t>ồ</w:t>
      </w:r>
      <w:r w:rsidRPr="006C690A">
        <w:rPr>
          <w:b/>
        </w:rPr>
        <w:t>n t</w:t>
      </w:r>
      <w:r w:rsidRPr="006C690A">
        <w:rPr>
          <w:b/>
        </w:rPr>
        <w:t>ạ</w:t>
      </w:r>
      <w:r w:rsidRPr="006C690A">
        <w:rPr>
          <w:b/>
        </w:rPr>
        <w:t xml:space="preserve">i: </w:t>
      </w:r>
      <w:r w:rsidRPr="006C690A">
        <w:t>Cơ c</w:t>
      </w:r>
      <w:r w:rsidRPr="006C690A">
        <w:t>ấ</w:t>
      </w:r>
      <w:r w:rsidRPr="006C690A">
        <w:t>u nhân s</w:t>
      </w:r>
      <w:r w:rsidRPr="006C690A">
        <w:t>ự</w:t>
      </w:r>
      <w:r w:rsidRPr="006C690A">
        <w:t xml:space="preserve"> còn th</w:t>
      </w:r>
      <w:r w:rsidRPr="006C690A">
        <w:t>ừ</w:t>
      </w:r>
      <w:r w:rsidRPr="006C690A">
        <w:t>a - thi</w:t>
      </w:r>
      <w:r w:rsidRPr="006C690A">
        <w:t>ế</w:t>
      </w:r>
      <w:r w:rsidRPr="006C690A">
        <w:t>u c</w:t>
      </w:r>
      <w:r w:rsidRPr="006C690A">
        <w:t>ụ</w:t>
      </w:r>
      <w:r w:rsidRPr="006C690A">
        <w:t>c b</w:t>
      </w:r>
      <w:r w:rsidRPr="006C690A">
        <w:t>ộ</w:t>
      </w:r>
      <w:r w:rsidRPr="006C690A">
        <w:t xml:space="preserve"> </w:t>
      </w:r>
      <w:r w:rsidRPr="006C690A">
        <w:t>ở</w:t>
      </w:r>
      <w:r w:rsidRPr="006C690A">
        <w:t xml:space="preserve"> m</w:t>
      </w:r>
      <w:r w:rsidRPr="006C690A">
        <w:t>ộ</w:t>
      </w:r>
      <w:r w:rsidRPr="006C690A">
        <w:t>t s</w:t>
      </w:r>
      <w:r w:rsidRPr="006C690A">
        <w:t>ố</w:t>
      </w:r>
      <w:r w:rsidRPr="006C690A">
        <w:t xml:space="preserve"> v</w:t>
      </w:r>
      <w:r w:rsidRPr="006C690A">
        <w:t>ị</w:t>
      </w:r>
      <w:r w:rsidRPr="006C690A">
        <w:t xml:space="preserve"> trí vi</w:t>
      </w:r>
      <w:r w:rsidRPr="006C690A">
        <w:t>ệ</w:t>
      </w:r>
      <w:r w:rsidRPr="006C690A">
        <w:t>c làm (thi</w:t>
      </w:r>
      <w:r w:rsidRPr="006C690A">
        <w:t>ế</w:t>
      </w:r>
      <w:r w:rsidRPr="006C690A">
        <w:t>u nhân viên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thí nghi</w:t>
      </w:r>
      <w:r w:rsidRPr="006C690A">
        <w:t>ệ</w:t>
      </w:r>
      <w:r w:rsidRPr="006C690A">
        <w:t>m t</w:t>
      </w:r>
      <w:r w:rsidRPr="006C690A">
        <w:t>ạ</w:t>
      </w:r>
      <w:r w:rsidRPr="006C690A">
        <w:t>i các phân hi</w:t>
      </w:r>
      <w:r w:rsidRPr="006C690A">
        <w:t>ệ</w:t>
      </w:r>
      <w:r w:rsidRPr="006C690A">
        <w:t>u); m</w:t>
      </w:r>
      <w:r w:rsidRPr="006C690A">
        <w:t>ộ</w:t>
      </w:r>
      <w:r w:rsidRPr="006C690A">
        <w:t>t s</w:t>
      </w:r>
      <w:r w:rsidRPr="006C690A">
        <w:t>ố</w:t>
      </w:r>
      <w:r w:rsidRPr="006C690A">
        <w:t xml:space="preserve"> giáo viên g</w:t>
      </w:r>
      <w:r w:rsidRPr="006C690A">
        <w:t>ặ</w:t>
      </w:r>
      <w:r w:rsidRPr="006C690A">
        <w:t>p áp l</w:t>
      </w:r>
      <w:r w:rsidRPr="006C690A">
        <w:t>ự</w:t>
      </w:r>
      <w:r w:rsidRPr="006C690A">
        <w:t>c l</w:t>
      </w:r>
      <w:r w:rsidRPr="006C690A">
        <w:t>ớ</w:t>
      </w:r>
      <w:r w:rsidRPr="006C690A">
        <w:t>n khi đ</w:t>
      </w:r>
      <w:r w:rsidRPr="006C690A">
        <w:t>ồ</w:t>
      </w:r>
      <w:r w:rsidRPr="006C690A">
        <w:t>ng th</w:t>
      </w:r>
      <w:r w:rsidRPr="006C690A">
        <w:t>ờ</w:t>
      </w:r>
      <w:r w:rsidRPr="006C690A">
        <w:t>i th</w:t>
      </w:r>
      <w:r w:rsidRPr="006C690A">
        <w:t>ự</w:t>
      </w:r>
      <w:r w:rsidRPr="006C690A">
        <w:t>c hi</w:t>
      </w:r>
      <w:r w:rsidRPr="006C690A">
        <w:t>ệ</w:t>
      </w:r>
      <w:r w:rsidRPr="006C690A">
        <w:t>n chương trình m</w:t>
      </w:r>
      <w:r w:rsidRPr="006C690A">
        <w:t>ớ</w:t>
      </w:r>
      <w:r w:rsidRPr="006C690A">
        <w:t>i và yêu c</w:t>
      </w:r>
      <w:r w:rsidRPr="006C690A">
        <w:t>ầ</w:t>
      </w:r>
      <w:r w:rsidRPr="006C690A">
        <w:t>u chuy</w:t>
      </w:r>
      <w:r w:rsidRPr="006C690A">
        <w:t>ể</w:t>
      </w:r>
      <w:r w:rsidRPr="006C690A">
        <w:t>n đ</w:t>
      </w:r>
      <w:r w:rsidRPr="006C690A">
        <w:t>ổ</w:t>
      </w:r>
      <w:r w:rsidRPr="006C690A">
        <w:t>i s</w:t>
      </w:r>
      <w:r w:rsidRPr="006C690A">
        <w:t>ố</w:t>
      </w:r>
      <w:r w:rsidRPr="006C690A">
        <w:t xml:space="preserve"> nâng cao.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Nhi</w:t>
      </w:r>
      <w:r w:rsidRPr="006C690A">
        <w:rPr>
          <w:b/>
        </w:rPr>
        <w:t>ệ</w:t>
      </w:r>
      <w:r w:rsidRPr="006C690A">
        <w:rPr>
          <w:b/>
        </w:rPr>
        <w:t>m v</w:t>
      </w:r>
      <w:r w:rsidRPr="006C690A">
        <w:rPr>
          <w:b/>
        </w:rPr>
        <w:t>ụ</w:t>
      </w:r>
      <w:r w:rsidRPr="006C690A">
        <w:rPr>
          <w:b/>
        </w:rPr>
        <w:t xml:space="preserve"> tr</w:t>
      </w:r>
      <w:r w:rsidRPr="006C690A">
        <w:rPr>
          <w:b/>
        </w:rPr>
        <w:t>ọ</w:t>
      </w:r>
      <w:r w:rsidRPr="006C690A">
        <w:rPr>
          <w:b/>
        </w:rPr>
        <w:t xml:space="preserve">ng tâm 2026-2027: </w:t>
      </w:r>
      <w:r w:rsidRPr="006C690A">
        <w:t>Tăng cư</w:t>
      </w:r>
      <w:r w:rsidRPr="006C690A">
        <w:t>ờ</w:t>
      </w:r>
      <w:r w:rsidRPr="006C690A">
        <w:t>ng k</w:t>
      </w:r>
      <w:r w:rsidRPr="006C690A">
        <w:t>ỷ</w:t>
      </w:r>
      <w:r w:rsidRPr="006C690A">
        <w:t xml:space="preserve"> lu</w:t>
      </w:r>
      <w:r w:rsidRPr="006C690A">
        <w:t>ậ</w:t>
      </w:r>
      <w:r w:rsidRPr="006C690A">
        <w:t>t, k</w:t>
      </w:r>
      <w:r w:rsidRPr="006C690A">
        <w:t>ỷ</w:t>
      </w:r>
      <w:r w:rsidRPr="006C690A">
        <w:t xml:space="preserve"> cương hành chính; đ</w:t>
      </w:r>
      <w:r w:rsidRPr="006C690A">
        <w:t>ẩ</w:t>
      </w:r>
      <w:r w:rsidRPr="006C690A">
        <w:t>y m</w:t>
      </w:r>
      <w:r w:rsidRPr="006C690A">
        <w:t>ạ</w:t>
      </w:r>
      <w:r w:rsidRPr="006C690A">
        <w:t>nh h</w:t>
      </w:r>
      <w:r w:rsidRPr="006C690A">
        <w:t>ọ</w:t>
      </w:r>
      <w:r w:rsidRPr="006C690A">
        <w:t>c t</w:t>
      </w:r>
      <w:r w:rsidRPr="006C690A">
        <w:t>ậ</w:t>
      </w:r>
      <w:r w:rsidRPr="006C690A">
        <w:t>p và làm theo tư tư</w:t>
      </w:r>
      <w:r w:rsidRPr="006C690A">
        <w:t>ở</w:t>
      </w:r>
      <w:r w:rsidRPr="006C690A">
        <w:t>ng Bác; qu</w:t>
      </w:r>
      <w:r w:rsidRPr="006C690A">
        <w:t>ả</w:t>
      </w:r>
      <w:r w:rsidRPr="006C690A">
        <w:t>n lý ch</w:t>
      </w:r>
      <w:r w:rsidRPr="006C690A">
        <w:t>ặ</w:t>
      </w:r>
      <w:r w:rsidRPr="006C690A">
        <w:t>t ch</w:t>
      </w:r>
      <w:r w:rsidRPr="006C690A">
        <w:t>ẽ</w:t>
      </w:r>
      <w:r w:rsidRPr="006C690A">
        <w:t xml:space="preserve"> công tác d</w:t>
      </w:r>
      <w:r w:rsidRPr="006C690A">
        <w:t>ạ</w:t>
      </w:r>
      <w:r w:rsidRPr="006C690A">
        <w:t>y thêm h</w:t>
      </w:r>
      <w:r w:rsidRPr="006C690A">
        <w:t>ọ</w:t>
      </w:r>
      <w:r w:rsidRPr="006C690A">
        <w:t xml:space="preserve">c </w:t>
      </w:r>
      <w:r w:rsidRPr="006C690A">
        <w:t>thêm (theo TT 29/2024 và TT 19/2026); đ</w:t>
      </w:r>
      <w:r w:rsidRPr="006C690A">
        <w:t>ẩ</w:t>
      </w:r>
      <w:r w:rsidRPr="006C690A">
        <w:t>y m</w:t>
      </w:r>
      <w:r w:rsidRPr="006C690A">
        <w:t>ạ</w:t>
      </w:r>
      <w:r w:rsidRPr="006C690A">
        <w:t>nh chuy</w:t>
      </w:r>
      <w:r w:rsidRPr="006C690A">
        <w:t>ể</w:t>
      </w:r>
      <w:r w:rsidRPr="006C690A">
        <w:t>n đ</w:t>
      </w:r>
      <w:r w:rsidRPr="006C690A">
        <w:t>ổ</w:t>
      </w:r>
      <w:r w:rsidRPr="006C690A">
        <w:t>i s</w:t>
      </w:r>
      <w:r w:rsidRPr="006C690A">
        <w:t>ố</w:t>
      </w:r>
      <w:r w:rsidRPr="006C690A">
        <w:t xml:space="preserve"> và nâng cao đ</w:t>
      </w:r>
      <w:r w:rsidRPr="006C690A">
        <w:t>ạ</w:t>
      </w:r>
      <w:r w:rsidRPr="006C690A">
        <w:t>o đ</w:t>
      </w:r>
      <w:r w:rsidRPr="006C690A">
        <w:t>ứ</w:t>
      </w:r>
      <w:r w:rsidRPr="006C690A">
        <w:t>c nhà giáo.</w:t>
      </w: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II. BÁO CÁO VI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C TH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>C 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N CÁC N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I QUY, QUY CH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 xml:space="preserve">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ĐƠN V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 xml:space="preserve">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2025-2026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Công tác xây d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>ng và hoàn thi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n h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 xml:space="preserve"> th</w:t>
      </w:r>
      <w:r w:rsidRPr="006C690A">
        <w:rPr>
          <w:b/>
          <w:color w:val="2F5597"/>
          <w:sz w:val="24"/>
        </w:rPr>
        <w:t>ố</w:t>
      </w:r>
      <w:r w:rsidRPr="006C690A">
        <w:rPr>
          <w:b/>
          <w:color w:val="2F5597"/>
          <w:sz w:val="24"/>
        </w:rPr>
        <w:t>ng quy ch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 xml:space="preserve"> n</w:t>
      </w:r>
      <w:r w:rsidRPr="006C690A">
        <w:rPr>
          <w:b/>
          <w:color w:val="2F5597"/>
          <w:sz w:val="24"/>
        </w:rPr>
        <w:t>ộ</w:t>
      </w:r>
      <w:r w:rsidRPr="006C690A">
        <w:rPr>
          <w:b/>
          <w:color w:val="2F5597"/>
          <w:sz w:val="24"/>
        </w:rPr>
        <w:t>i b</w:t>
      </w:r>
      <w:r w:rsidRPr="006C690A">
        <w:rPr>
          <w:b/>
          <w:color w:val="2F5597"/>
          <w:sz w:val="24"/>
        </w:rPr>
        <w:t>ộ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Ban hành quy ch</w:t>
      </w:r>
      <w:r w:rsidRPr="006C690A">
        <w:rPr>
          <w:b/>
        </w:rPr>
        <w:t>ế</w:t>
      </w:r>
      <w:r w:rsidRPr="006C690A">
        <w:rPr>
          <w:b/>
        </w:rPr>
        <w:t xml:space="preserve">: </w:t>
      </w:r>
      <w:r w:rsidRPr="006C690A">
        <w:t>Đơn v</w:t>
      </w:r>
      <w:r w:rsidRPr="006C690A">
        <w:t>ị</w:t>
      </w:r>
      <w:r w:rsidRPr="006C690A">
        <w:t xml:space="preserve"> đã rà soát, ban hành và th</w:t>
      </w:r>
      <w:r w:rsidRPr="006C690A">
        <w:t>ự</w:t>
      </w:r>
      <w:r w:rsidRPr="006C690A">
        <w:t>c hi</w:t>
      </w:r>
      <w:r w:rsidRPr="006C690A">
        <w:t>ệ</w:t>
      </w:r>
      <w:r w:rsidRPr="006C690A">
        <w:t>n đ</w:t>
      </w:r>
      <w:r w:rsidRPr="006C690A">
        <w:t>ồ</w:t>
      </w:r>
      <w:r w:rsidRPr="006C690A">
        <w:t>ng b</w:t>
      </w:r>
      <w:r w:rsidRPr="006C690A">
        <w:t>ộ</w:t>
      </w:r>
      <w:r w:rsidRPr="006C690A">
        <w:t xml:space="preserve"> h</w:t>
      </w:r>
      <w:r w:rsidRPr="006C690A">
        <w:t>ệ</w:t>
      </w:r>
      <w:r w:rsidRPr="006C690A">
        <w:t xml:space="preserve"> th</w:t>
      </w:r>
      <w:r w:rsidRPr="006C690A">
        <w:t>ố</w:t>
      </w:r>
      <w:r w:rsidRPr="006C690A">
        <w:t>ng các quy ch</w:t>
      </w:r>
      <w:r w:rsidRPr="006C690A">
        <w:t>ế</w:t>
      </w:r>
      <w:r w:rsidRPr="006C690A">
        <w:t>: Quy ch</w:t>
      </w:r>
      <w:r w:rsidRPr="006C690A">
        <w:t>ế</w:t>
      </w:r>
      <w:r w:rsidRPr="006C690A">
        <w:t xml:space="preserve"> làm vi</w:t>
      </w:r>
      <w:r w:rsidRPr="006C690A">
        <w:t>ệ</w:t>
      </w:r>
      <w:r w:rsidRPr="006C690A">
        <w:t>c c</w:t>
      </w:r>
      <w:r w:rsidRPr="006C690A">
        <w:t>ủ</w:t>
      </w:r>
      <w:r w:rsidRPr="006C690A">
        <w:t>a cơ quan, Quy ch</w:t>
      </w:r>
      <w:r w:rsidRPr="006C690A">
        <w:t>ế</w:t>
      </w:r>
      <w:r w:rsidRPr="006C690A">
        <w:t xml:space="preserve"> dân ch</w:t>
      </w:r>
      <w:r w:rsidRPr="006C690A">
        <w:t>ủ</w:t>
      </w:r>
      <w:r w:rsidRPr="006C690A">
        <w:t xml:space="preserve"> trong nhà trư</w:t>
      </w:r>
      <w:r w:rsidRPr="006C690A">
        <w:t>ờ</w:t>
      </w:r>
      <w:r w:rsidRPr="006C690A">
        <w:t>ng, Quy ch</w:t>
      </w:r>
      <w:r w:rsidRPr="006C690A">
        <w:t>ế</w:t>
      </w:r>
      <w:r w:rsidRPr="006C690A">
        <w:t xml:space="preserve"> văn hóa công s</w:t>
      </w:r>
      <w:r w:rsidRPr="006C690A">
        <w:t>ở</w:t>
      </w:r>
      <w:r w:rsidRPr="006C690A">
        <w:t>, Quy ch</w:t>
      </w:r>
      <w:r w:rsidRPr="006C690A">
        <w:t>ế</w:t>
      </w:r>
      <w:r w:rsidRPr="006C690A">
        <w:t xml:space="preserve">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chuyên môn, Quy t</w:t>
      </w:r>
      <w:r w:rsidRPr="006C690A">
        <w:t>ắ</w:t>
      </w:r>
      <w:r w:rsidRPr="006C690A">
        <w:t xml:space="preserve">c </w:t>
      </w:r>
      <w:r w:rsidRPr="006C690A">
        <w:t>ứ</w:t>
      </w:r>
      <w:r w:rsidRPr="006C690A">
        <w:t>ng x</w:t>
      </w:r>
      <w:r w:rsidRPr="006C690A">
        <w:t>ử</w:t>
      </w:r>
      <w:r w:rsidRPr="006C690A">
        <w:t xml:space="preserve"> và Quy ch</w:t>
      </w:r>
      <w:r w:rsidRPr="006C690A">
        <w:t>ế</w:t>
      </w:r>
      <w:r w:rsidRPr="006C690A">
        <w:t xml:space="preserve"> chi tiêu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theo đúng quy đ</w:t>
      </w:r>
      <w:r w:rsidRPr="006C690A">
        <w:t>ị</w:t>
      </w:r>
      <w:r w:rsidRPr="006C690A">
        <w:t>nh pháp lu</w:t>
      </w:r>
      <w:r w:rsidRPr="006C690A">
        <w:t>ậ</w:t>
      </w:r>
      <w:r w:rsidRPr="006C690A">
        <w:t>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Quy trình dân ch</w:t>
      </w:r>
      <w:r w:rsidRPr="006C690A">
        <w:rPr>
          <w:b/>
        </w:rPr>
        <w:t>ủ</w:t>
      </w:r>
      <w:r w:rsidRPr="006C690A">
        <w:rPr>
          <w:b/>
        </w:rPr>
        <w:t xml:space="preserve">: </w:t>
      </w:r>
      <w:r w:rsidRPr="006C690A">
        <w:t>Các văn b</w:t>
      </w:r>
      <w:r w:rsidRPr="006C690A">
        <w:t>ả</w:t>
      </w:r>
      <w:r w:rsidRPr="006C690A">
        <w:t>n quy ch</w:t>
      </w:r>
      <w:r w:rsidRPr="006C690A">
        <w:t>ế</w:t>
      </w:r>
      <w:r w:rsidRPr="006C690A">
        <w:t xml:space="preserve"> đ</w:t>
      </w:r>
      <w:r w:rsidRPr="006C690A">
        <w:t>ề</w:t>
      </w:r>
      <w:r w:rsidRPr="006C690A">
        <w:t>u đư</w:t>
      </w:r>
      <w:r w:rsidRPr="006C690A">
        <w:t>ợ</w:t>
      </w:r>
      <w:r w:rsidRPr="006C690A">
        <w:t>c công khai l</w:t>
      </w:r>
      <w:r w:rsidRPr="006C690A">
        <w:t>ấ</w:t>
      </w:r>
      <w:r w:rsidRPr="006C690A">
        <w:t>y ý ki</w:t>
      </w:r>
      <w:r w:rsidRPr="006C690A">
        <w:t>ế</w:t>
      </w:r>
      <w:r w:rsidRPr="006C690A">
        <w:t>n dân ch</w:t>
      </w:r>
      <w:r w:rsidRPr="006C690A">
        <w:t>ủ</w:t>
      </w:r>
      <w:r w:rsidRPr="006C690A">
        <w:t>, đóng góp t</w:t>
      </w:r>
      <w:r w:rsidRPr="006C690A">
        <w:t>ừ</w:t>
      </w:r>
      <w:r w:rsidRPr="006C690A">
        <w:t xml:space="preserve"> các T</w:t>
      </w:r>
      <w:r w:rsidRPr="006C690A">
        <w:t>ổ</w:t>
      </w:r>
      <w:r w:rsidRPr="006C690A">
        <w:t xml:space="preserve"> chuyên môn, Đoàn th</w:t>
      </w:r>
      <w:r w:rsidRPr="006C690A">
        <w:t>ể</w:t>
      </w:r>
      <w:r w:rsidRPr="006C690A">
        <w:t xml:space="preserve"> và Ban TTND trư</w:t>
      </w:r>
      <w:r w:rsidRPr="006C690A">
        <w:t>ớ</w:t>
      </w:r>
      <w:r w:rsidRPr="006C690A">
        <w:t>c khi Th</w:t>
      </w:r>
      <w:r w:rsidRPr="006C690A">
        <w:t>ủ</w:t>
      </w:r>
      <w:r w:rsidRPr="006C690A">
        <w:t xml:space="preserve"> trư</w:t>
      </w:r>
      <w:r w:rsidRPr="006C690A">
        <w:t>ở</w:t>
      </w:r>
      <w:r w:rsidRPr="006C690A">
        <w:t>ng đơn v</w:t>
      </w:r>
      <w:r w:rsidRPr="006C690A">
        <w:t>ị</w:t>
      </w:r>
      <w:r w:rsidRPr="006C690A">
        <w:t xml:space="preserve"> ban hành chính th</w:t>
      </w:r>
      <w:r w:rsidRPr="006C690A">
        <w:t>ứ</w:t>
      </w:r>
      <w:r w:rsidRPr="006C690A">
        <w:t>c.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2. K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 xml:space="preserve"> ch</w:t>
      </w:r>
      <w:r w:rsidRPr="006C690A">
        <w:rPr>
          <w:b/>
          <w:color w:val="2F5597"/>
          <w:sz w:val="24"/>
        </w:rPr>
        <w:t>ấ</w:t>
      </w:r>
      <w:r w:rsidRPr="006C690A">
        <w:rPr>
          <w:b/>
          <w:color w:val="2F5597"/>
          <w:sz w:val="24"/>
        </w:rPr>
        <w:t>p hành n</w:t>
      </w:r>
      <w:r w:rsidRPr="006C690A">
        <w:rPr>
          <w:b/>
          <w:color w:val="2F5597"/>
          <w:sz w:val="24"/>
        </w:rPr>
        <w:t>ề</w:t>
      </w:r>
      <w:r w:rsidRPr="006C690A">
        <w:rPr>
          <w:b/>
          <w:color w:val="2F5597"/>
          <w:sz w:val="24"/>
        </w:rPr>
        <w:t xml:space="preserve"> n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p k</w:t>
      </w:r>
      <w:r w:rsidRPr="006C690A">
        <w:rPr>
          <w:b/>
          <w:color w:val="2F5597"/>
          <w:sz w:val="24"/>
        </w:rPr>
        <w:t>ỷ</w:t>
      </w:r>
      <w:r w:rsidRPr="006C690A">
        <w:rPr>
          <w:b/>
          <w:color w:val="2F5597"/>
          <w:sz w:val="24"/>
        </w:rPr>
        <w:t xml:space="preserve"> cương và các quy đ</w:t>
      </w:r>
      <w:r w:rsidRPr="006C690A">
        <w:rPr>
          <w:b/>
          <w:color w:val="2F5597"/>
          <w:sz w:val="24"/>
        </w:rPr>
        <w:t>ị</w:t>
      </w:r>
      <w:r w:rsidRPr="006C690A">
        <w:rPr>
          <w:b/>
          <w:color w:val="2F5597"/>
          <w:sz w:val="24"/>
        </w:rPr>
        <w:t>nh chuyên môn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Ch</w:t>
      </w:r>
      <w:r w:rsidRPr="006C690A">
        <w:rPr>
          <w:b/>
        </w:rPr>
        <w:t>ấ</w:t>
      </w:r>
      <w:r w:rsidRPr="006C690A">
        <w:rPr>
          <w:b/>
        </w:rPr>
        <w:t>p hành ngà</w:t>
      </w:r>
      <w:r w:rsidRPr="006C690A">
        <w:rPr>
          <w:b/>
        </w:rPr>
        <w:t>y gi</w:t>
      </w:r>
      <w:r w:rsidRPr="006C690A">
        <w:rPr>
          <w:b/>
        </w:rPr>
        <w:t>ờ</w:t>
      </w:r>
      <w:r w:rsidRPr="006C690A">
        <w:rPr>
          <w:b/>
        </w:rPr>
        <w:t xml:space="preserve"> công: </w:t>
      </w:r>
      <w:r w:rsidRPr="006C690A">
        <w:t>100% CB-GV-NV ch</w:t>
      </w:r>
      <w:r w:rsidRPr="006C690A">
        <w:t>ấ</w:t>
      </w:r>
      <w:r w:rsidRPr="006C690A">
        <w:t>p hành t</w:t>
      </w:r>
      <w:r w:rsidRPr="006C690A">
        <w:t>ố</w:t>
      </w:r>
      <w:r w:rsidRPr="006C690A">
        <w:t>t ngày gi</w:t>
      </w:r>
      <w:r w:rsidRPr="006C690A">
        <w:t>ờ</w:t>
      </w:r>
      <w:r w:rsidRPr="006C690A">
        <w:t xml:space="preserve"> công, trang ph</w:t>
      </w:r>
      <w:r w:rsidRPr="006C690A">
        <w:t>ụ</w:t>
      </w:r>
      <w:r w:rsidRPr="006C690A">
        <w:t>c công s</w:t>
      </w:r>
      <w:r w:rsidRPr="006C690A">
        <w:t>ở</w:t>
      </w:r>
      <w:r w:rsidRPr="006C690A">
        <w:t xml:space="preserve"> l</w:t>
      </w:r>
      <w:r w:rsidRPr="006C690A">
        <w:t>ị</w:t>
      </w:r>
      <w:r w:rsidRPr="006C690A">
        <w:t>ch s</w:t>
      </w:r>
      <w:r w:rsidRPr="006C690A">
        <w:t>ự</w:t>
      </w:r>
      <w:r w:rsidRPr="006C690A">
        <w:t>, đúng tác phong sư ph</w:t>
      </w:r>
      <w:r w:rsidRPr="006C690A">
        <w:t>ạ</w:t>
      </w:r>
      <w:r w:rsidRPr="006C690A">
        <w:t>m; duy trì nghiêm túc quy ch</w:t>
      </w:r>
      <w:r w:rsidRPr="006C690A">
        <w:t>ế</w:t>
      </w:r>
      <w:r w:rsidRPr="006C690A">
        <w:t xml:space="preserve"> sinh ho</w:t>
      </w:r>
      <w:r w:rsidRPr="006C690A">
        <w:t>ạ</w:t>
      </w:r>
      <w:r w:rsidRPr="006C690A">
        <w:t>t t</w:t>
      </w:r>
      <w:r w:rsidRPr="006C690A">
        <w:t>ổ</w:t>
      </w:r>
      <w:r w:rsidRPr="006C690A">
        <w:t xml:space="preserve"> chuyên môn đ</w:t>
      </w:r>
      <w:r w:rsidRPr="006C690A">
        <w:t>ị</w:t>
      </w:r>
      <w:r w:rsidRPr="006C690A">
        <w:t>nh k</w:t>
      </w:r>
      <w:r w:rsidRPr="006C690A">
        <w:t>ỳ</w:t>
      </w:r>
      <w:r w:rsidRPr="006C690A">
        <w:t xml:space="preserve"> (2 tu</w:t>
      </w:r>
      <w:r w:rsidRPr="006C690A">
        <w:t>ầ</w:t>
      </w:r>
      <w:r w:rsidRPr="006C690A">
        <w:t>n/l</w:t>
      </w:r>
      <w:r w:rsidRPr="006C690A">
        <w:t>ầ</w:t>
      </w:r>
      <w:r w:rsidRPr="006C690A">
        <w:t>n) và h</w:t>
      </w:r>
      <w:r w:rsidRPr="006C690A">
        <w:t>ọ</w:t>
      </w:r>
      <w:r w:rsidRPr="006C690A">
        <w:t>p cơ quan.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Th</w:t>
      </w:r>
      <w:r w:rsidRPr="006C690A">
        <w:rPr>
          <w:b/>
        </w:rPr>
        <w:t>ự</w:t>
      </w:r>
      <w:r w:rsidRPr="006C690A">
        <w:rPr>
          <w:b/>
        </w:rPr>
        <w:t>c hi</w:t>
      </w:r>
      <w:r w:rsidRPr="006C690A">
        <w:rPr>
          <w:b/>
        </w:rPr>
        <w:t>ệ</w:t>
      </w:r>
      <w:r w:rsidRPr="006C690A">
        <w:rPr>
          <w:b/>
        </w:rPr>
        <w:t>n quy ch</w:t>
      </w:r>
      <w:r w:rsidRPr="006C690A">
        <w:rPr>
          <w:b/>
        </w:rPr>
        <w:t>ế</w:t>
      </w:r>
      <w:r w:rsidRPr="006C690A">
        <w:rPr>
          <w:b/>
        </w:rPr>
        <w:t xml:space="preserve"> chuyên môn: </w:t>
      </w:r>
      <w:r w:rsidRPr="006C690A">
        <w:t>Giáo viên th</w:t>
      </w:r>
      <w:r w:rsidRPr="006C690A">
        <w:t>ự</w:t>
      </w:r>
      <w:r w:rsidRPr="006C690A">
        <w:t>c hi</w:t>
      </w:r>
      <w:r w:rsidRPr="006C690A">
        <w:t>ệ</w:t>
      </w:r>
      <w:r w:rsidRPr="006C690A">
        <w:t>n đ</w:t>
      </w:r>
      <w:r w:rsidRPr="006C690A">
        <w:t>ầ</w:t>
      </w:r>
      <w:r w:rsidRPr="006C690A">
        <w:t>y đ</w:t>
      </w:r>
      <w:r w:rsidRPr="006C690A">
        <w:t>ủ</w:t>
      </w:r>
      <w:r w:rsidRPr="006C690A">
        <w:t xml:space="preserve"> k</w:t>
      </w:r>
      <w:r w:rsidRPr="006C690A">
        <w:t>ế</w:t>
      </w:r>
      <w:r w:rsidRPr="006C690A">
        <w:t xml:space="preserve"> h</w:t>
      </w:r>
      <w:r w:rsidRPr="006C690A">
        <w:t>o</w:t>
      </w:r>
      <w:r w:rsidRPr="006C690A">
        <w:t>ạ</w:t>
      </w:r>
      <w:r w:rsidRPr="006C690A">
        <w:t>ch bài d</w:t>
      </w:r>
      <w:r w:rsidRPr="006C690A">
        <w:t>ạ</w:t>
      </w:r>
      <w:r w:rsidRPr="006C690A">
        <w:t>y (giáo án), s</w:t>
      </w:r>
      <w:r w:rsidRPr="006C690A">
        <w:t>ổ</w:t>
      </w:r>
      <w:r w:rsidRPr="006C690A">
        <w:t xml:space="preserve"> đi</w:t>
      </w:r>
      <w:r w:rsidRPr="006C690A">
        <w:t>ể</w:t>
      </w:r>
      <w:r w:rsidRPr="006C690A">
        <w:t>m đi</w:t>
      </w:r>
      <w:r w:rsidRPr="006C690A">
        <w:t>ệ</w:t>
      </w:r>
      <w:r w:rsidRPr="006C690A">
        <w:t>n t</w:t>
      </w:r>
      <w:r w:rsidRPr="006C690A">
        <w:t>ử</w:t>
      </w:r>
      <w:r w:rsidRPr="006C690A">
        <w:t>, h</w:t>
      </w:r>
      <w:r w:rsidRPr="006C690A">
        <w:t>ọ</w:t>
      </w:r>
      <w:r w:rsidRPr="006C690A">
        <w:t>c b</w:t>
      </w:r>
      <w:r w:rsidRPr="006C690A">
        <w:t>ạ</w:t>
      </w:r>
      <w:r w:rsidRPr="006C690A">
        <w:t xml:space="preserve"> s</w:t>
      </w:r>
      <w:r w:rsidRPr="006C690A">
        <w:t>ố</w:t>
      </w:r>
      <w:r w:rsidRPr="006C690A">
        <w:t xml:space="preserve"> trên h</w:t>
      </w:r>
      <w:r w:rsidRPr="006C690A">
        <w:t>ệ</w:t>
      </w:r>
      <w:r w:rsidRPr="006C690A">
        <w:t xml:space="preserve"> th</w:t>
      </w:r>
      <w:r w:rsidRPr="006C690A">
        <w:t>ố</w:t>
      </w:r>
      <w:r w:rsidRPr="006C690A">
        <w:t>ng vnEdu. Ti</w:t>
      </w:r>
      <w:r w:rsidRPr="006C690A">
        <w:t>ế</w:t>
      </w:r>
      <w:r w:rsidRPr="006C690A">
        <w:t>n đ</w:t>
      </w:r>
      <w:r w:rsidRPr="006C690A">
        <w:t>ộ</w:t>
      </w:r>
      <w:r w:rsidRPr="006C690A">
        <w:t xml:space="preserve"> chương trình th</w:t>
      </w:r>
      <w:r w:rsidRPr="006C690A">
        <w:t>ự</w:t>
      </w:r>
      <w:r w:rsidRPr="006C690A">
        <w:t>c hi</w:t>
      </w:r>
      <w:r w:rsidRPr="006C690A">
        <w:t>ệ</w:t>
      </w:r>
      <w:r w:rsidRPr="006C690A">
        <w:t>n nghiêm túc, đúng phân ph</w:t>
      </w:r>
      <w:r w:rsidRPr="006C690A">
        <w:t>ố</w:t>
      </w:r>
      <w:r w:rsidRPr="006C690A">
        <w:t>i chương trình, không c</w:t>
      </w:r>
      <w:r w:rsidRPr="006C690A">
        <w:t>ắ</w:t>
      </w:r>
      <w:r w:rsidRPr="006C690A">
        <w:t>t xén, d</w:t>
      </w:r>
      <w:r w:rsidRPr="006C690A">
        <w:t>ồ</w:t>
      </w:r>
      <w:r w:rsidRPr="006C690A">
        <w:t>n ép ti</w:t>
      </w:r>
      <w:r w:rsidRPr="006C690A">
        <w:t>ế</w:t>
      </w:r>
      <w:r w:rsidRPr="006C690A">
        <w:t>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Đánh giá h</w:t>
      </w:r>
      <w:r w:rsidRPr="006C690A">
        <w:rPr>
          <w:b/>
        </w:rPr>
        <w:t>ọ</w:t>
      </w:r>
      <w:r w:rsidRPr="006C690A">
        <w:rPr>
          <w:b/>
        </w:rPr>
        <w:t xml:space="preserve">c sinh: </w:t>
      </w:r>
      <w:r w:rsidRPr="006C690A">
        <w:t>Th</w:t>
      </w:r>
      <w:r w:rsidRPr="006C690A">
        <w:t>ự</w:t>
      </w:r>
      <w:r w:rsidRPr="006C690A">
        <w:t>c hi</w:t>
      </w:r>
      <w:r w:rsidRPr="006C690A">
        <w:t>ệ</w:t>
      </w:r>
      <w:r w:rsidRPr="006C690A">
        <w:t>n đánh giá h</w:t>
      </w:r>
      <w:r w:rsidRPr="006C690A">
        <w:t>ọ</w:t>
      </w:r>
      <w:r w:rsidRPr="006C690A">
        <w:t>c sinh theo đúng quy đ</w:t>
      </w:r>
      <w:r w:rsidRPr="006C690A">
        <w:t>ị</w:t>
      </w:r>
      <w:r w:rsidRPr="006C690A">
        <w:t>nh Thông tư 22/2021/T</w:t>
      </w:r>
      <w:r w:rsidRPr="006C690A">
        <w:t>T-BGDĐT. Đa d</w:t>
      </w:r>
      <w:r w:rsidRPr="006C690A">
        <w:t>ạ</w:t>
      </w:r>
      <w:r w:rsidRPr="006C690A">
        <w:t>ng hóa hình th</w:t>
      </w:r>
      <w:r w:rsidRPr="006C690A">
        <w:t>ứ</w:t>
      </w:r>
      <w:r w:rsidRPr="006C690A">
        <w:t>c ki</w:t>
      </w:r>
      <w:r w:rsidRPr="006C690A">
        <w:t>ể</w:t>
      </w:r>
      <w:r w:rsidRPr="006C690A">
        <w:t>m tra đ</w:t>
      </w:r>
      <w:r w:rsidRPr="006C690A">
        <w:t>ị</w:t>
      </w:r>
      <w:r w:rsidRPr="006C690A">
        <w:t>nh k</w:t>
      </w:r>
      <w:r w:rsidRPr="006C690A">
        <w:t>ỳ</w:t>
      </w:r>
      <w:r w:rsidRPr="006C690A">
        <w:t xml:space="preserve"> (k</w:t>
      </w:r>
      <w:r w:rsidRPr="006C690A">
        <w:t>ế</w:t>
      </w:r>
      <w:r w:rsidRPr="006C690A">
        <w:t>t h</w:t>
      </w:r>
      <w:r w:rsidRPr="006C690A">
        <w:t>ợ</w:t>
      </w:r>
      <w:r w:rsidRPr="006C690A">
        <w:t>p tr</w:t>
      </w:r>
      <w:r w:rsidRPr="006C690A">
        <w:t>ắ</w:t>
      </w:r>
      <w:r w:rsidRPr="006C690A">
        <w:t>c nghi</w:t>
      </w:r>
      <w:r w:rsidRPr="006C690A">
        <w:t>ệ</w:t>
      </w:r>
      <w:r w:rsidRPr="006C690A">
        <w:t>m khách quan và t</w:t>
      </w:r>
      <w:r w:rsidRPr="006C690A">
        <w:t>ự</w:t>
      </w:r>
      <w:r w:rsidRPr="006C690A">
        <w:t xml:space="preserve"> lu</w:t>
      </w:r>
      <w:r w:rsidRPr="006C690A">
        <w:t>ậ</w:t>
      </w:r>
      <w:r w:rsidRPr="006C690A">
        <w:t>n), đ</w:t>
      </w:r>
      <w:r w:rsidRPr="006C690A">
        <w:t>ả</w:t>
      </w:r>
      <w:r w:rsidRPr="006C690A">
        <w:t>m b</w:t>
      </w:r>
      <w:r w:rsidRPr="006C690A">
        <w:t>ả</w:t>
      </w:r>
      <w:r w:rsidRPr="006C690A">
        <w:t>o ma tr</w:t>
      </w:r>
      <w:r w:rsidRPr="006C690A">
        <w:t>ậ</w:t>
      </w:r>
      <w:r w:rsidRPr="006C690A">
        <w:t>n đ</w:t>
      </w:r>
      <w:r w:rsidRPr="006C690A">
        <w:t>ề</w:t>
      </w:r>
      <w:r w:rsidRPr="006C690A">
        <w:t>, b</w:t>
      </w:r>
      <w:r w:rsidRPr="006C690A">
        <w:t>ả</w:t>
      </w:r>
      <w:r w:rsidRPr="006C690A">
        <w:t>n đ</w:t>
      </w:r>
      <w:r w:rsidRPr="006C690A">
        <w:t>ặ</w:t>
      </w:r>
      <w:r w:rsidRPr="006C690A">
        <w:t>c t</w:t>
      </w:r>
      <w:r w:rsidRPr="006C690A">
        <w:t>ả</w:t>
      </w:r>
      <w:r w:rsidRPr="006C690A">
        <w:t xml:space="preserve"> và tính khách quan, công b</w:t>
      </w:r>
      <w:r w:rsidRPr="006C690A">
        <w:t>ằ</w:t>
      </w:r>
      <w:r w:rsidRPr="006C690A">
        <w:t>ng.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Qu</w:t>
      </w:r>
      <w:r w:rsidRPr="006C690A">
        <w:rPr>
          <w:b/>
        </w:rPr>
        <w:t>ả</w:t>
      </w:r>
      <w:r w:rsidRPr="006C690A">
        <w:rPr>
          <w:b/>
        </w:rPr>
        <w:t>n lý d</w:t>
      </w:r>
      <w:r w:rsidRPr="006C690A">
        <w:rPr>
          <w:b/>
        </w:rPr>
        <w:t>ạ</w:t>
      </w:r>
      <w:r w:rsidRPr="006C690A">
        <w:rPr>
          <w:b/>
        </w:rPr>
        <w:t>y thêm, h</w:t>
      </w:r>
      <w:r w:rsidRPr="006C690A">
        <w:rPr>
          <w:b/>
        </w:rPr>
        <w:t>ọ</w:t>
      </w:r>
      <w:r w:rsidRPr="006C690A">
        <w:rPr>
          <w:b/>
        </w:rPr>
        <w:t xml:space="preserve">c thêm: </w:t>
      </w:r>
      <w:r w:rsidRPr="006C690A">
        <w:t>100% giáo viên ký cam k</w:t>
      </w:r>
      <w:r w:rsidRPr="006C690A">
        <w:t>ế</w:t>
      </w:r>
      <w:r w:rsidRPr="006C690A">
        <w:t>t ch</w:t>
      </w:r>
      <w:r w:rsidRPr="006C690A">
        <w:t>ấ</w:t>
      </w:r>
      <w:r w:rsidRPr="006C690A">
        <w:t>p hành nghiêm quy đ</w:t>
      </w:r>
      <w:r w:rsidRPr="006C690A">
        <w:t>ị</w:t>
      </w:r>
      <w:r w:rsidRPr="006C690A">
        <w:t>nh v</w:t>
      </w:r>
      <w:r w:rsidRPr="006C690A">
        <w:t>ề</w:t>
      </w:r>
      <w:r w:rsidRPr="006C690A">
        <w:t xml:space="preserve"> d</w:t>
      </w:r>
      <w:r w:rsidRPr="006C690A">
        <w:t>ạ</w:t>
      </w:r>
      <w:r w:rsidRPr="006C690A">
        <w:t>y thêm, h</w:t>
      </w:r>
      <w:r w:rsidRPr="006C690A">
        <w:t>ọ</w:t>
      </w:r>
      <w:r w:rsidRPr="006C690A">
        <w:t>c thêm</w:t>
      </w:r>
      <w:r w:rsidRPr="006C690A">
        <w:t xml:space="preserve"> (Thông tư 29/2024/TT-BGDĐT và Thông tư 19/2026/TT-BGDĐT). Nhà trư</w:t>
      </w:r>
      <w:r w:rsidRPr="006C690A">
        <w:t>ờ</w:t>
      </w:r>
      <w:r w:rsidRPr="006C690A">
        <w:t>ng công khai đư</w:t>
      </w:r>
      <w:r w:rsidRPr="006C690A">
        <w:t>ờ</w:t>
      </w:r>
      <w:r w:rsidRPr="006C690A">
        <w:t>ng dây nóng, h</w:t>
      </w:r>
      <w:r w:rsidRPr="006C690A">
        <w:t>ộ</w:t>
      </w:r>
      <w:r w:rsidRPr="006C690A">
        <w:t>p thư ti</w:t>
      </w:r>
      <w:r w:rsidRPr="006C690A">
        <w:t>ế</w:t>
      </w:r>
      <w:r w:rsidRPr="006C690A">
        <w:t>p nh</w:t>
      </w:r>
      <w:r w:rsidRPr="006C690A">
        <w:t>ậ</w:t>
      </w:r>
      <w:r w:rsidRPr="006C690A">
        <w:t>n ý ki</w:t>
      </w:r>
      <w:r w:rsidRPr="006C690A">
        <w:t>ế</w:t>
      </w:r>
      <w:r w:rsidRPr="006C690A">
        <w:t>n; không có hi</w:t>
      </w:r>
      <w:r w:rsidRPr="006C690A">
        <w:t>ệ</w:t>
      </w:r>
      <w:r w:rsidRPr="006C690A">
        <w:t>n tư</w:t>
      </w:r>
      <w:r w:rsidRPr="006C690A">
        <w:t>ợ</w:t>
      </w:r>
      <w:r w:rsidRPr="006C690A">
        <w:t>ng ép bu</w:t>
      </w:r>
      <w:r w:rsidRPr="006C690A">
        <w:t>ộ</w:t>
      </w:r>
      <w:r w:rsidRPr="006C690A">
        <w:t>c h</w:t>
      </w:r>
      <w:r w:rsidRPr="006C690A">
        <w:t>ọ</w:t>
      </w:r>
      <w:r w:rsidRPr="006C690A">
        <w:t>c sinh h</w:t>
      </w:r>
      <w:r w:rsidRPr="006C690A">
        <w:t>ọ</w:t>
      </w:r>
      <w:r w:rsidRPr="006C690A">
        <w:t>c thêm dư</w:t>
      </w:r>
      <w:r w:rsidRPr="006C690A">
        <w:t>ớ</w:t>
      </w:r>
      <w:r w:rsidRPr="006C690A">
        <w:t>i m</w:t>
      </w:r>
      <w:r w:rsidRPr="006C690A">
        <w:t>ọ</w:t>
      </w:r>
      <w:r w:rsidRPr="006C690A">
        <w:t>i hình th</w:t>
      </w:r>
      <w:r w:rsidRPr="006C690A">
        <w:t>ứ</w:t>
      </w:r>
      <w:r w:rsidRPr="006C690A">
        <w:t>c.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3.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>n lý, s</w:t>
      </w:r>
      <w:r w:rsidRPr="006C690A">
        <w:rPr>
          <w:b/>
          <w:color w:val="2F5597"/>
          <w:sz w:val="24"/>
        </w:rPr>
        <w:t>ử</w:t>
      </w:r>
      <w:r w:rsidRPr="006C690A">
        <w:rPr>
          <w:b/>
          <w:color w:val="2F5597"/>
          <w:sz w:val="24"/>
        </w:rPr>
        <w:t xml:space="preserve"> d</w:t>
      </w:r>
      <w:r w:rsidRPr="006C690A">
        <w:rPr>
          <w:b/>
          <w:color w:val="2F5597"/>
          <w:sz w:val="24"/>
        </w:rPr>
        <w:t>ụ</w:t>
      </w:r>
      <w:r w:rsidRPr="006C690A">
        <w:rPr>
          <w:b/>
          <w:color w:val="2F5597"/>
          <w:sz w:val="24"/>
        </w:rPr>
        <w:t>ng tài s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>n công và n</w:t>
      </w:r>
      <w:r w:rsidRPr="006C690A">
        <w:rPr>
          <w:b/>
          <w:color w:val="2F5597"/>
          <w:sz w:val="24"/>
        </w:rPr>
        <w:t>ề</w:t>
      </w:r>
      <w:r w:rsidRPr="006C690A">
        <w:rPr>
          <w:b/>
          <w:color w:val="2F5597"/>
          <w:sz w:val="24"/>
        </w:rPr>
        <w:t xml:space="preserve"> n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p văn phòng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S</w:t>
      </w:r>
      <w:r w:rsidRPr="006C690A">
        <w:rPr>
          <w:b/>
        </w:rPr>
        <w:t>ử</w:t>
      </w:r>
      <w:r w:rsidRPr="006C690A">
        <w:rPr>
          <w:b/>
        </w:rPr>
        <w:t xml:space="preserve"> d</w:t>
      </w:r>
      <w:r w:rsidRPr="006C690A">
        <w:rPr>
          <w:b/>
        </w:rPr>
        <w:t>ụ</w:t>
      </w:r>
      <w:r w:rsidRPr="006C690A">
        <w:rPr>
          <w:b/>
        </w:rPr>
        <w:t>ng tài s</w:t>
      </w:r>
      <w:r w:rsidRPr="006C690A">
        <w:rPr>
          <w:b/>
        </w:rPr>
        <w:t>ả</w:t>
      </w:r>
      <w:r w:rsidRPr="006C690A">
        <w:rPr>
          <w:b/>
        </w:rPr>
        <w:t>n</w:t>
      </w:r>
      <w:r w:rsidRPr="006C690A">
        <w:rPr>
          <w:b/>
        </w:rPr>
        <w:t xml:space="preserve"> công: </w:t>
      </w:r>
      <w:r w:rsidRPr="006C690A">
        <w:t>CB-GV-NV nâng cao ý th</w:t>
      </w:r>
      <w:r w:rsidRPr="006C690A">
        <w:t>ứ</w:t>
      </w:r>
      <w:r w:rsidRPr="006C690A">
        <w:t>c ti</w:t>
      </w:r>
      <w:r w:rsidRPr="006C690A">
        <w:t>ế</w:t>
      </w:r>
      <w:r w:rsidRPr="006C690A">
        <w:t>t ki</w:t>
      </w:r>
      <w:r w:rsidRPr="006C690A">
        <w:t>ệ</w:t>
      </w:r>
      <w:r w:rsidRPr="006C690A">
        <w:t>m đi</w:t>
      </w:r>
      <w:r w:rsidRPr="006C690A">
        <w:t>ệ</w:t>
      </w:r>
      <w:r w:rsidRPr="006C690A">
        <w:t>n, nư</w:t>
      </w:r>
      <w:r w:rsidRPr="006C690A">
        <w:t>ớ</w:t>
      </w:r>
      <w:r w:rsidRPr="006C690A">
        <w:t>c, v</w:t>
      </w:r>
      <w:r w:rsidRPr="006C690A">
        <w:t>ậ</w:t>
      </w:r>
      <w:r w:rsidRPr="006C690A">
        <w:t>t tư văn phòng; b</w:t>
      </w:r>
      <w:r w:rsidRPr="006C690A">
        <w:t>ả</w:t>
      </w:r>
      <w:r w:rsidRPr="006C690A">
        <w:t>o qu</w:t>
      </w:r>
      <w:r w:rsidRPr="006C690A">
        <w:t>ả</w:t>
      </w:r>
      <w:r w:rsidRPr="006C690A">
        <w:t>n t</w:t>
      </w:r>
      <w:r w:rsidRPr="006C690A">
        <w:t>ố</w:t>
      </w:r>
      <w:r w:rsidRPr="006C690A">
        <w:t>t máy chi</w:t>
      </w:r>
      <w:r w:rsidRPr="006C690A">
        <w:t>ế</w:t>
      </w:r>
      <w:r w:rsidRPr="006C690A">
        <w:t>u, màn hình tương tác, phòng máy vi tính và phòng thí nghi</w:t>
      </w:r>
      <w:r w:rsidRPr="006C690A">
        <w:t>ệ</w:t>
      </w:r>
      <w:r w:rsidRPr="006C690A">
        <w:t>m th</w:t>
      </w:r>
      <w:r w:rsidRPr="006C690A">
        <w:t>ự</w:t>
      </w:r>
      <w:r w:rsidRPr="006C690A">
        <w:t>c hành KHTN.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Ki</w:t>
      </w:r>
      <w:r w:rsidRPr="006C690A">
        <w:rPr>
          <w:b/>
        </w:rPr>
        <w:t>ể</w:t>
      </w:r>
      <w:r w:rsidRPr="006C690A">
        <w:rPr>
          <w:b/>
        </w:rPr>
        <w:t>m kê &amp; b</w:t>
      </w:r>
      <w:r w:rsidRPr="006C690A">
        <w:rPr>
          <w:b/>
        </w:rPr>
        <w:t>ả</w:t>
      </w:r>
      <w:r w:rsidRPr="006C690A">
        <w:rPr>
          <w:b/>
        </w:rPr>
        <w:t xml:space="preserve">o trì: </w:t>
      </w:r>
      <w:r w:rsidRPr="006C690A">
        <w:t>Th</w:t>
      </w:r>
      <w:r w:rsidRPr="006C690A">
        <w:t>ự</w:t>
      </w:r>
      <w:r w:rsidRPr="006C690A">
        <w:t>c hi</w:t>
      </w:r>
      <w:r w:rsidRPr="006C690A">
        <w:t>ệ</w:t>
      </w:r>
      <w:r w:rsidRPr="006C690A">
        <w:t>n ki</w:t>
      </w:r>
      <w:r w:rsidRPr="006C690A">
        <w:t>ể</w:t>
      </w:r>
      <w:r w:rsidRPr="006C690A">
        <w:t>m kê tài s</w:t>
      </w:r>
      <w:r w:rsidRPr="006C690A">
        <w:t>ả</w:t>
      </w:r>
      <w:r w:rsidRPr="006C690A">
        <w:t>n đ</w:t>
      </w:r>
      <w:r w:rsidRPr="006C690A">
        <w:t>ị</w:t>
      </w:r>
      <w:r w:rsidRPr="006C690A">
        <w:t>nh k</w:t>
      </w:r>
      <w:r w:rsidRPr="006C690A">
        <w:t>ỳ</w:t>
      </w:r>
      <w:r w:rsidRPr="006C690A">
        <w:t xml:space="preserve"> 2 l</w:t>
      </w:r>
      <w:r w:rsidRPr="006C690A">
        <w:t>ầ</w:t>
      </w:r>
      <w:r w:rsidRPr="006C690A">
        <w:t>n/năm h</w:t>
      </w:r>
      <w:r w:rsidRPr="006C690A">
        <w:t>ọ</w:t>
      </w:r>
      <w:r w:rsidRPr="006C690A">
        <w:t>c; các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hư h</w:t>
      </w:r>
      <w:r w:rsidRPr="006C690A">
        <w:t>ỏ</w:t>
      </w:r>
      <w:r w:rsidRPr="006C690A">
        <w:t>ng đ</w:t>
      </w:r>
      <w:r w:rsidRPr="006C690A">
        <w:t>ề</w:t>
      </w:r>
      <w:r w:rsidRPr="006C690A">
        <w:t>u đư</w:t>
      </w:r>
      <w:r w:rsidRPr="006C690A">
        <w:t>ợ</w:t>
      </w:r>
      <w:r w:rsidRPr="006C690A">
        <w:t>c báo cáo k</w:t>
      </w:r>
      <w:r w:rsidRPr="006C690A">
        <w:t>ị</w:t>
      </w:r>
      <w:r w:rsidRPr="006C690A">
        <w:t>p th</w:t>
      </w:r>
      <w:r w:rsidRPr="006C690A">
        <w:t>ờ</w:t>
      </w:r>
      <w:r w:rsidRPr="006C690A">
        <w:t>i đ</w:t>
      </w:r>
      <w:r w:rsidRPr="006C690A">
        <w:t>ể</w:t>
      </w:r>
      <w:r w:rsidRPr="006C690A">
        <w:t xml:space="preserve"> s</w:t>
      </w:r>
      <w:r w:rsidRPr="006C690A">
        <w:t>ử</w:t>
      </w:r>
      <w:r w:rsidRPr="006C690A">
        <w:t>a ch</w:t>
      </w:r>
      <w:r w:rsidRPr="006C690A">
        <w:t>ữ</w:t>
      </w:r>
      <w:r w:rsidRPr="006C690A">
        <w:t>a, b</w:t>
      </w:r>
      <w:r w:rsidRPr="006C690A">
        <w:t>ả</w:t>
      </w:r>
      <w:r w:rsidRPr="006C690A">
        <w:t>o dư</w:t>
      </w:r>
      <w:r w:rsidRPr="006C690A">
        <w:t>ỡ</w:t>
      </w:r>
      <w:r w:rsidRPr="006C690A">
        <w:t>ng ph</w:t>
      </w:r>
      <w:r w:rsidRPr="006C690A">
        <w:t>ụ</w:t>
      </w:r>
      <w:r w:rsidRPr="006C690A">
        <w:t>c v</w:t>
      </w:r>
      <w:r w:rsidRPr="006C690A">
        <w:t>ụ</w:t>
      </w:r>
      <w:r w:rsidRPr="006C690A">
        <w:t xml:space="preserve"> d</w:t>
      </w:r>
      <w:r w:rsidRPr="006C690A">
        <w:t>ạ</w:t>
      </w:r>
      <w:r w:rsidRPr="006C690A">
        <w:t>y h</w:t>
      </w:r>
      <w:r w:rsidRPr="006C690A">
        <w:t>ọ</w:t>
      </w:r>
      <w:r w:rsidRPr="006C690A">
        <w:t>c.</w:t>
      </w: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lastRenderedPageBreak/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III. BÁO CÁO KI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ĐI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VI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C TH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>C 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N NGH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 xml:space="preserve"> QUY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>T H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I NGH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 xml:space="preserve"> VIÊN CH</w:t>
      </w:r>
      <w:r w:rsidRPr="006C690A">
        <w:rPr>
          <w:b/>
          <w:color w:val="1F4E79"/>
          <w:sz w:val="28"/>
        </w:rPr>
        <w:t>Ứ</w:t>
      </w:r>
      <w:r w:rsidRPr="006C690A">
        <w:rPr>
          <w:b/>
          <w:color w:val="1F4E79"/>
          <w:sz w:val="28"/>
        </w:rPr>
        <w:t>C, NGƯ</w:t>
      </w:r>
      <w:r w:rsidRPr="006C690A">
        <w:rPr>
          <w:b/>
          <w:color w:val="1F4E79"/>
          <w:sz w:val="28"/>
        </w:rPr>
        <w:t>Ờ</w:t>
      </w:r>
      <w:r w:rsidRPr="006C690A">
        <w:rPr>
          <w:b/>
          <w:color w:val="1F4E79"/>
          <w:sz w:val="28"/>
        </w:rPr>
        <w:t>I LAO Đ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NG VÀ QUY Đ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>NH TH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>C 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N DÂN CH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 xml:space="preserve"> CƠ S</w:t>
      </w:r>
      <w:r w:rsidRPr="006C690A">
        <w:rPr>
          <w:b/>
          <w:color w:val="1F4E79"/>
          <w:sz w:val="28"/>
        </w:rPr>
        <w:t>Ở</w:t>
      </w:r>
      <w:r w:rsidRPr="006C690A">
        <w:rPr>
          <w:b/>
          <w:color w:val="1F4E79"/>
          <w:sz w:val="28"/>
        </w:rPr>
        <w:t xml:space="preserve">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2025-2026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B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>ng so sánh, đánh giá k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 xml:space="preserve"> th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>c 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 xml:space="preserve">n </w:t>
      </w:r>
      <w:r w:rsidRPr="006C690A">
        <w:rPr>
          <w:b/>
          <w:color w:val="2F5597"/>
          <w:sz w:val="24"/>
        </w:rPr>
        <w:t>các ch</w:t>
      </w:r>
      <w:r w:rsidRPr="006C690A">
        <w:rPr>
          <w:b/>
          <w:color w:val="2F5597"/>
          <w:sz w:val="24"/>
        </w:rPr>
        <w:t>ỉ</w:t>
      </w:r>
      <w:r w:rsidRPr="006C690A">
        <w:rPr>
          <w:b/>
          <w:color w:val="2F5597"/>
          <w:sz w:val="24"/>
        </w:rPr>
        <w:t xml:space="preserve"> tiêu Ngh</w:t>
      </w:r>
      <w:r w:rsidRPr="006C690A">
        <w:rPr>
          <w:b/>
          <w:color w:val="2F5597"/>
          <w:sz w:val="24"/>
        </w:rPr>
        <w:t>ị</w:t>
      </w:r>
      <w:r w:rsidRPr="006C690A">
        <w:rPr>
          <w:b/>
          <w:color w:val="2F5597"/>
          <w:sz w:val="24"/>
        </w:rPr>
        <w:t xml:space="preserve"> quy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2025-2026</w:t>
      </w:r>
    </w:p>
    <w:p w:rsidR="00A71AD2" w:rsidRPr="006C690A" w:rsidRDefault="00BC4545">
      <w:pPr>
        <w:spacing w:after="40"/>
        <w:rPr>
          <w:sz w:val="24"/>
        </w:rPr>
      </w:pPr>
      <w:r w:rsidRPr="006C690A">
        <w:rPr>
          <w:i/>
        </w:rPr>
        <w:t>B</w:t>
      </w:r>
      <w:r w:rsidRPr="006C690A">
        <w:rPr>
          <w:i/>
        </w:rPr>
        <w:t>ả</w:t>
      </w:r>
      <w:r w:rsidRPr="006C690A">
        <w:rPr>
          <w:i/>
        </w:rPr>
        <w:t>ng t</w:t>
      </w:r>
      <w:r w:rsidRPr="006C690A">
        <w:rPr>
          <w:i/>
        </w:rPr>
        <w:t>ổ</w:t>
      </w:r>
      <w:r w:rsidRPr="006C690A">
        <w:rPr>
          <w:i/>
        </w:rPr>
        <w:t>ng h</w:t>
      </w:r>
      <w:r w:rsidRPr="006C690A">
        <w:rPr>
          <w:i/>
        </w:rPr>
        <w:t>ợ</w:t>
      </w:r>
      <w:r w:rsidRPr="006C690A">
        <w:rPr>
          <w:i/>
        </w:rPr>
        <w:t>p chi ti</w:t>
      </w:r>
      <w:r w:rsidRPr="006C690A">
        <w:rPr>
          <w:i/>
        </w:rPr>
        <w:t>ế</w:t>
      </w:r>
      <w:r w:rsidRPr="006C690A">
        <w:rPr>
          <w:i/>
        </w:rPr>
        <w:t>t ch</w:t>
      </w:r>
      <w:r w:rsidRPr="006C690A">
        <w:rPr>
          <w:i/>
        </w:rPr>
        <w:t>ỉ</w:t>
      </w:r>
      <w:r w:rsidRPr="006C690A">
        <w:rPr>
          <w:i/>
        </w:rPr>
        <w:t xml:space="preserve"> tiêu Ngh</w:t>
      </w:r>
      <w:r w:rsidRPr="006C690A">
        <w:rPr>
          <w:i/>
        </w:rPr>
        <w:t>ị</w:t>
      </w:r>
      <w:r w:rsidRPr="006C690A">
        <w:rPr>
          <w:i/>
        </w:rPr>
        <w:t xml:space="preserve"> quy</w:t>
      </w:r>
      <w:r w:rsidRPr="006C690A">
        <w:rPr>
          <w:i/>
        </w:rPr>
        <w:t>ế</w:t>
      </w:r>
      <w:r w:rsidRPr="006C690A">
        <w:rPr>
          <w:i/>
        </w:rPr>
        <w:t>t đ</w:t>
      </w:r>
      <w:r w:rsidRPr="006C690A">
        <w:rPr>
          <w:i/>
        </w:rPr>
        <w:t>ề</w:t>
      </w:r>
      <w:r w:rsidRPr="006C690A">
        <w:rPr>
          <w:i/>
        </w:rPr>
        <w:t xml:space="preserve"> ra và k</w:t>
      </w:r>
      <w:r w:rsidRPr="006C690A">
        <w:rPr>
          <w:i/>
        </w:rPr>
        <w:t>ế</w:t>
      </w:r>
      <w:r w:rsidRPr="006C690A">
        <w:rPr>
          <w:i/>
        </w:rPr>
        <w:t>t qu</w:t>
      </w:r>
      <w:r w:rsidRPr="006C690A">
        <w:rPr>
          <w:i/>
        </w:rPr>
        <w:t>ả</w:t>
      </w:r>
      <w:r w:rsidRPr="006C690A">
        <w:rPr>
          <w:i/>
        </w:rPr>
        <w:t xml:space="preserve"> th</w:t>
      </w:r>
      <w:r w:rsidRPr="006C690A">
        <w:rPr>
          <w:i/>
        </w:rPr>
        <w:t>ự</w:t>
      </w:r>
      <w:r w:rsidRPr="006C690A">
        <w:rPr>
          <w:i/>
        </w:rPr>
        <w:t>c t</w:t>
      </w:r>
      <w:r w:rsidRPr="006C690A">
        <w:rPr>
          <w:i/>
        </w:rPr>
        <w:t>ế</w:t>
      </w:r>
      <w:r w:rsidRPr="006C690A">
        <w:rPr>
          <w:i/>
        </w:rPr>
        <w:t xml:space="preserve"> đ</w:t>
      </w:r>
      <w:r w:rsidRPr="006C690A">
        <w:rPr>
          <w:i/>
        </w:rPr>
        <w:t>ạ</w:t>
      </w:r>
      <w:r w:rsidRPr="006C690A">
        <w:rPr>
          <w:i/>
        </w:rPr>
        <w:t>t đư</w:t>
      </w:r>
      <w:r w:rsidRPr="006C690A">
        <w:rPr>
          <w:i/>
        </w:rPr>
        <w:t>ợ</w:t>
      </w:r>
      <w:r w:rsidRPr="006C690A">
        <w:rPr>
          <w:i/>
        </w:rPr>
        <w:t>c c</w:t>
      </w:r>
      <w:r w:rsidRPr="006C690A">
        <w:rPr>
          <w:i/>
        </w:rPr>
        <w:t>ủ</w:t>
      </w:r>
      <w:r w:rsidRPr="006C690A">
        <w:rPr>
          <w:i/>
        </w:rPr>
        <w:t>a t</w:t>
      </w:r>
      <w:r w:rsidRPr="006C690A">
        <w:rPr>
          <w:i/>
        </w:rPr>
        <w:t>ừ</w:t>
      </w:r>
      <w:r w:rsidRPr="006C690A">
        <w:rPr>
          <w:i/>
        </w:rPr>
        <w:t>ng c</w:t>
      </w:r>
      <w:r w:rsidRPr="006C690A">
        <w:rPr>
          <w:i/>
        </w:rPr>
        <w:t>ấ</w:t>
      </w:r>
      <w:r w:rsidRPr="006C690A">
        <w:rPr>
          <w:i/>
        </w:rPr>
        <w:t>p h</w:t>
      </w:r>
      <w:r w:rsidRPr="006C690A">
        <w:rPr>
          <w:i/>
        </w:rPr>
        <w:t>ọ</w:t>
      </w:r>
      <w:r w:rsidRPr="006C690A">
        <w:rPr>
          <w:i/>
        </w:rPr>
        <w:t>c, phân hi</w:t>
      </w:r>
      <w:r w:rsidRPr="006C690A">
        <w:rPr>
          <w:i/>
        </w:rPr>
        <w:t>ệ</w:t>
      </w:r>
      <w:r w:rsidRPr="006C690A">
        <w:rPr>
          <w:i/>
        </w:rPr>
        <w:t>u:</w:t>
      </w:r>
    </w:p>
    <w:tbl>
      <w:tblPr>
        <w:tblW w:w="0" w:type="auto"/>
        <w:jc w:val="center"/>
        <w:tblBorders>
          <w:top w:val="single" w:sz="4" w:space="0" w:color="B0C4DE"/>
          <w:bottom w:val="single" w:sz="4" w:space="0" w:color="B0C4DE"/>
          <w:insideH w:val="single" w:sz="4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312"/>
        <w:gridCol w:w="3312"/>
        <w:gridCol w:w="1152"/>
      </w:tblGrid>
      <w:tr w:rsidR="00A71AD2" w:rsidRPr="006C690A">
        <w:trPr>
          <w:jc w:val="center"/>
        </w:trPr>
        <w:tc>
          <w:tcPr>
            <w:tcW w:w="1872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C</w:t>
            </w:r>
            <w:r w:rsidRPr="006C690A">
              <w:rPr>
                <w:b/>
                <w:color w:val="FFFFFF"/>
              </w:rPr>
              <w:t>ấ</w:t>
            </w:r>
            <w:r w:rsidRPr="006C690A">
              <w:rPr>
                <w:b/>
                <w:color w:val="FFFFFF"/>
              </w:rPr>
              <w:t>p h</w:t>
            </w:r>
            <w:r w:rsidRPr="006C690A">
              <w:rPr>
                <w:b/>
                <w:color w:val="FFFFFF"/>
              </w:rPr>
              <w:t>ọ</w:t>
            </w:r>
            <w:r w:rsidRPr="006C690A">
              <w:rPr>
                <w:b/>
                <w:color w:val="FFFFFF"/>
              </w:rPr>
              <w:t>c / Phân hi</w:t>
            </w:r>
            <w:r w:rsidRPr="006C690A">
              <w:rPr>
                <w:b/>
                <w:color w:val="FFFFFF"/>
              </w:rPr>
              <w:t>ệ</w:t>
            </w:r>
            <w:r w:rsidRPr="006C690A">
              <w:rPr>
                <w:b/>
                <w:color w:val="FFFFFF"/>
              </w:rPr>
              <w:t>u</w:t>
            </w:r>
          </w:p>
        </w:tc>
        <w:tc>
          <w:tcPr>
            <w:tcW w:w="3312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Ch</w:t>
            </w:r>
            <w:r w:rsidRPr="006C690A">
              <w:rPr>
                <w:b/>
                <w:color w:val="FFFFFF"/>
              </w:rPr>
              <w:t>ỉ</w:t>
            </w:r>
            <w:r w:rsidRPr="006C690A">
              <w:rPr>
                <w:b/>
                <w:color w:val="FFFFFF"/>
              </w:rPr>
              <w:t xml:space="preserve"> tiêu Ngh</w:t>
            </w:r>
            <w:r w:rsidRPr="006C690A">
              <w:rPr>
                <w:b/>
                <w:color w:val="FFFFFF"/>
              </w:rPr>
              <w:t>ị</w:t>
            </w:r>
            <w:r w:rsidRPr="006C690A">
              <w:rPr>
                <w:b/>
                <w:color w:val="FFFFFF"/>
              </w:rPr>
              <w:t xml:space="preserve"> quy</w:t>
            </w:r>
            <w:r w:rsidRPr="006C690A">
              <w:rPr>
                <w:b/>
                <w:color w:val="FFFFFF"/>
              </w:rPr>
              <w:t>ế</w:t>
            </w:r>
            <w:r w:rsidRPr="006C690A">
              <w:rPr>
                <w:b/>
                <w:color w:val="FFFFFF"/>
              </w:rPr>
              <w:t>t</w:t>
            </w:r>
          </w:p>
        </w:tc>
        <w:tc>
          <w:tcPr>
            <w:tcW w:w="3312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K</w:t>
            </w:r>
            <w:r w:rsidRPr="006C690A">
              <w:rPr>
                <w:b/>
                <w:color w:val="FFFFFF"/>
              </w:rPr>
              <w:t>ế</w:t>
            </w:r>
            <w:r w:rsidRPr="006C690A">
              <w:rPr>
                <w:b/>
                <w:color w:val="FFFFFF"/>
              </w:rPr>
              <w:t>t qu</w:t>
            </w:r>
            <w:r w:rsidRPr="006C690A">
              <w:rPr>
                <w:b/>
                <w:color w:val="FFFFFF"/>
              </w:rPr>
              <w:t>ả</w:t>
            </w:r>
            <w:r w:rsidRPr="006C690A">
              <w:rPr>
                <w:b/>
                <w:color w:val="FFFFFF"/>
              </w:rPr>
              <w:t xml:space="preserve"> th</w:t>
            </w:r>
            <w:r w:rsidRPr="006C690A">
              <w:rPr>
                <w:b/>
                <w:color w:val="FFFFFF"/>
              </w:rPr>
              <w:t>ự</w:t>
            </w:r>
            <w:r w:rsidRPr="006C690A">
              <w:rPr>
                <w:b/>
                <w:color w:val="FFFFFF"/>
              </w:rPr>
              <w:t>c hi</w:t>
            </w:r>
            <w:r w:rsidRPr="006C690A">
              <w:rPr>
                <w:b/>
                <w:color w:val="FFFFFF"/>
              </w:rPr>
              <w:t>ệ</w:t>
            </w:r>
            <w:r w:rsidRPr="006C690A">
              <w:rPr>
                <w:b/>
                <w:color w:val="FFFFFF"/>
              </w:rPr>
              <w:t>n năm h</w:t>
            </w:r>
            <w:r w:rsidRPr="006C690A">
              <w:rPr>
                <w:b/>
                <w:color w:val="FFFFFF"/>
              </w:rPr>
              <w:t>ọ</w:t>
            </w:r>
            <w:r w:rsidRPr="006C690A">
              <w:rPr>
                <w:b/>
                <w:color w:val="FFFFFF"/>
              </w:rPr>
              <w:t>c 2025-2026</w:t>
            </w:r>
          </w:p>
        </w:tc>
        <w:tc>
          <w:tcPr>
            <w:tcW w:w="1152" w:type="dxa"/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Đánh giá</w:t>
            </w:r>
          </w:p>
        </w:tc>
      </w:tr>
      <w:tr w:rsidR="00A71AD2" w:rsidRPr="006C690A">
        <w:trPr>
          <w:jc w:val="center"/>
        </w:trPr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</w:t>
            </w:r>
            <w:r w:rsidRPr="006C690A">
              <w:rPr>
                <w:b/>
                <w:color w:val="1F4E79"/>
                <w:sz w:val="20"/>
              </w:rPr>
              <w:t>Ấ</w:t>
            </w:r>
            <w:r w:rsidRPr="006C690A">
              <w:rPr>
                <w:b/>
                <w:color w:val="1F4E79"/>
                <w:sz w:val="20"/>
              </w:rPr>
              <w:t>P THCS</w:t>
            </w:r>
            <w:r w:rsidRPr="006C690A">
              <w:rPr>
                <w:b/>
                <w:color w:val="1F4E79"/>
                <w:sz w:val="20"/>
              </w:rPr>
              <w:br/>
              <w:t>(Phân hi</w:t>
            </w:r>
            <w:r w:rsidRPr="006C690A">
              <w:rPr>
                <w:b/>
                <w:color w:val="1F4E79"/>
                <w:sz w:val="20"/>
              </w:rPr>
              <w:t>ệ</w:t>
            </w:r>
            <w:r w:rsidRPr="006C690A">
              <w:rPr>
                <w:b/>
                <w:color w:val="1F4E79"/>
                <w:sz w:val="20"/>
              </w:rPr>
              <w:t>u 1)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40%; Khá 35%;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25%; Chưa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90%; Khá 5%;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5%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100%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 THCS: 100%</w:t>
            </w:r>
            <w:r w:rsidRPr="006C690A">
              <w:rPr>
                <w:sz w:val="20"/>
              </w:rPr>
              <w:br/>
              <w:t>• Xét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10 công l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80%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07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97%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&lt; 1%</w:t>
            </w:r>
            <w:r w:rsidRPr="006C690A">
              <w:rPr>
                <w:sz w:val="20"/>
              </w:rPr>
              <w:br/>
              <w:t>• CSTĐCS: 30%; 01</w:t>
            </w:r>
            <w:r w:rsidRPr="006C690A">
              <w:rPr>
                <w:sz w:val="20"/>
              </w:rPr>
              <w:t xml:space="preserve"> bài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ng đi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 t</w:t>
            </w:r>
            <w:r w:rsidRPr="006C690A">
              <w:rPr>
                <w:sz w:val="20"/>
              </w:rPr>
              <w:t>ử</w:t>
            </w:r>
            <w:r w:rsidRPr="006C690A">
              <w:rPr>
                <w:sz w:val="20"/>
              </w:rPr>
              <w:t>/GV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46.4%; Khá 37.6%;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16%; Chưa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95.1%; Khá 4.5%;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0.4%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100%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 THCS: 100%</w:t>
            </w:r>
            <w:r w:rsidRPr="006C690A">
              <w:rPr>
                <w:sz w:val="20"/>
              </w:rPr>
              <w:br/>
              <w:t>• Xét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10 công l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79.5%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05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95.</w:t>
            </w:r>
            <w:r w:rsidRPr="006C690A">
              <w:rPr>
                <w:sz w:val="20"/>
              </w:rPr>
              <w:t>6%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0.78%</w:t>
            </w:r>
            <w:r w:rsidRPr="006C690A">
              <w:rPr>
                <w:sz w:val="20"/>
              </w:rPr>
              <w:br/>
              <w:t>• CSTĐCS: 37.5%; 42/42 GV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BGĐT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C00000"/>
                <w:sz w:val="20"/>
              </w:rPr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Chưa 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Chưa 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Chưa 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</w:p>
        </w:tc>
      </w:tr>
      <w:tr w:rsidR="00A71AD2" w:rsidRPr="006C690A">
        <w:trPr>
          <w:jc w:val="center"/>
        </w:trPr>
        <w:tc>
          <w:tcPr>
            <w:tcW w:w="187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</w:t>
            </w:r>
            <w:r w:rsidRPr="006C690A">
              <w:rPr>
                <w:b/>
                <w:color w:val="1F4E79"/>
                <w:sz w:val="20"/>
              </w:rPr>
              <w:t>Ấ</w:t>
            </w:r>
            <w:r w:rsidRPr="006C690A">
              <w:rPr>
                <w:b/>
                <w:color w:val="1F4E79"/>
                <w:sz w:val="20"/>
              </w:rPr>
              <w:t>P THCS</w:t>
            </w:r>
            <w:r w:rsidRPr="006C690A">
              <w:rPr>
                <w:b/>
                <w:color w:val="1F4E79"/>
                <w:sz w:val="20"/>
              </w:rPr>
              <w:br/>
              <w:t>(Phân hi</w:t>
            </w:r>
            <w:r w:rsidRPr="006C690A">
              <w:rPr>
                <w:b/>
                <w:color w:val="1F4E79"/>
                <w:sz w:val="20"/>
              </w:rPr>
              <w:t>ệ</w:t>
            </w:r>
            <w:r w:rsidRPr="006C690A">
              <w:rPr>
                <w:b/>
                <w:color w:val="1F4E79"/>
                <w:sz w:val="20"/>
              </w:rPr>
              <w:t>u 2)</w:t>
            </w:r>
          </w:p>
        </w:tc>
        <w:tc>
          <w:tcPr>
            <w:tcW w:w="331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30%; Khá 35%;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33%; Chưa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2%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90%; Khá 10%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98%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 xml:space="preserve">p THCS: </w:t>
            </w:r>
            <w:r w:rsidRPr="006C690A">
              <w:rPr>
                <w:sz w:val="20"/>
              </w:rPr>
              <w:t>100%</w:t>
            </w:r>
            <w:r w:rsidRPr="006C690A">
              <w:rPr>
                <w:sz w:val="20"/>
              </w:rPr>
              <w:br/>
              <w:t>• Xét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10 công l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70%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05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98.1%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1.0%</w:t>
            </w:r>
            <w:r w:rsidRPr="006C690A">
              <w:rPr>
                <w:sz w:val="20"/>
              </w:rPr>
              <w:br/>
              <w:t>• CSTĐCS: 30%; LĐTT: 95%</w:t>
            </w:r>
          </w:p>
        </w:tc>
        <w:tc>
          <w:tcPr>
            <w:tcW w:w="331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44.64%; Khá 34.64%;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20.29%; C.đ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0.43%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94.20%; Khá 5.8%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98.5%</w:t>
            </w:r>
            <w:r w:rsidRPr="006C690A">
              <w:rPr>
                <w:sz w:val="20"/>
              </w:rPr>
              <w:br/>
              <w:t xml:space="preserve">• </w:t>
            </w:r>
            <w:r w:rsidRPr="006C690A">
              <w:rPr>
                <w:sz w:val="20"/>
              </w:rPr>
              <w:t>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 THCS: 100%</w:t>
            </w:r>
            <w:r w:rsidRPr="006C690A">
              <w:rPr>
                <w:sz w:val="20"/>
              </w:rPr>
              <w:br/>
              <w:t>• Xét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10 công l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73.0%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07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98.3%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0.0%</w:t>
            </w:r>
            <w:r w:rsidRPr="006C690A">
              <w:rPr>
                <w:sz w:val="20"/>
              </w:rPr>
              <w:br/>
              <w:t>• CSTĐCS: 33.3%; LĐTT: 100%</w:t>
            </w:r>
          </w:p>
        </w:tc>
        <w:tc>
          <w:tcPr>
            <w:tcW w:w="115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008000"/>
                <w:sz w:val="20"/>
              </w:rPr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Đ</w:t>
            </w:r>
            <w:r w:rsidRPr="006C690A">
              <w:rPr>
                <w:b/>
                <w:color w:val="008000"/>
                <w:sz w:val="20"/>
              </w:rPr>
              <w:t>Ạ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  <w:r w:rsidRPr="006C690A">
              <w:rPr>
                <w:b/>
                <w:color w:val="008000"/>
                <w:sz w:val="20"/>
              </w:rPr>
              <w:br/>
              <w:t>VƯ</w:t>
            </w:r>
            <w:r w:rsidRPr="006C690A">
              <w:rPr>
                <w:b/>
                <w:color w:val="008000"/>
                <w:sz w:val="20"/>
              </w:rPr>
              <w:t>Ợ</w:t>
            </w:r>
            <w:r w:rsidRPr="006C690A">
              <w:rPr>
                <w:b/>
                <w:color w:val="008000"/>
                <w:sz w:val="20"/>
              </w:rPr>
              <w:t>T</w:t>
            </w:r>
          </w:p>
        </w:tc>
      </w:tr>
      <w:tr w:rsidR="00A71AD2" w:rsidRPr="006C690A">
        <w:trPr>
          <w:jc w:val="center"/>
        </w:trPr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</w:t>
            </w:r>
            <w:r w:rsidRPr="006C690A">
              <w:rPr>
                <w:b/>
                <w:color w:val="1F4E79"/>
                <w:sz w:val="20"/>
              </w:rPr>
              <w:t>Ấ</w:t>
            </w:r>
            <w:r w:rsidRPr="006C690A">
              <w:rPr>
                <w:b/>
                <w:color w:val="1F4E79"/>
                <w:sz w:val="20"/>
              </w:rPr>
              <w:t>P THPT</w:t>
            </w:r>
            <w:r w:rsidRPr="006C690A">
              <w:rPr>
                <w:b/>
                <w:color w:val="1F4E79"/>
                <w:sz w:val="20"/>
              </w:rPr>
              <w:br/>
              <w:t>(Trư</w:t>
            </w:r>
            <w:r w:rsidRPr="006C690A">
              <w:rPr>
                <w:b/>
                <w:color w:val="1F4E79"/>
                <w:sz w:val="20"/>
              </w:rPr>
              <w:t>ờ</w:t>
            </w:r>
            <w:r w:rsidRPr="006C690A">
              <w:rPr>
                <w:b/>
                <w:color w:val="1F4E79"/>
                <w:sz w:val="20"/>
              </w:rPr>
              <w:t>ng chính)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 xml:space="preserve">t 50%; Khá 30%; </w:t>
            </w:r>
            <w:r w:rsidRPr="006C690A">
              <w:rPr>
                <w:sz w:val="20"/>
              </w:rPr>
              <w:t>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16%; Chưa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4%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98%; Khá 1.5%;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0.5%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96%</w:t>
            </w:r>
            <w:r w:rsidRPr="006C690A">
              <w:rPr>
                <w:sz w:val="20"/>
              </w:rPr>
              <w:br/>
              <w:t>• Đ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 xml:space="preserve"> ĐK thi TN THPT: 100%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ỷ</w:t>
            </w:r>
            <w:r w:rsidRPr="006C690A">
              <w:rPr>
                <w:sz w:val="20"/>
              </w:rPr>
              <w:t xml:space="preserve"> l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 xml:space="preserve"> đ</w:t>
            </w:r>
            <w:r w:rsidRPr="006C690A">
              <w:rPr>
                <w:sz w:val="20"/>
              </w:rPr>
              <w:t>ỗ</w:t>
            </w:r>
            <w:r w:rsidRPr="006C690A">
              <w:rPr>
                <w:sz w:val="20"/>
              </w:rPr>
              <w:t xml:space="preserve">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 THPT: 100%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30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98.0%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&lt; 0.50%</w:t>
            </w:r>
            <w:r w:rsidRPr="006C690A">
              <w:rPr>
                <w:sz w:val="20"/>
              </w:rPr>
              <w:br/>
              <w:t>• CSTĐCS: 30%; LĐTT: 100%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 xml:space="preserve">p: </w:t>
            </w:r>
            <w:r w:rsidRPr="006C690A">
              <w:rPr>
                <w:sz w:val="20"/>
              </w:rPr>
              <w:t>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57.51%; Khá 34.51%;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7.86%; C.đ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0.12%</w:t>
            </w:r>
            <w:r w:rsidRPr="006C690A">
              <w:rPr>
                <w:sz w:val="20"/>
              </w:rPr>
              <w:br/>
              <w:t>• Rèn luy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n: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98.71%; Khá 1.29%;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0.0%</w:t>
            </w:r>
            <w:r w:rsidRPr="006C690A">
              <w:rPr>
                <w:sz w:val="20"/>
              </w:rPr>
              <w:br/>
              <w:t>• HS lên l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ẳ</w:t>
            </w:r>
            <w:r w:rsidRPr="006C690A">
              <w:rPr>
                <w:sz w:val="20"/>
              </w:rPr>
              <w:t>ng: 99.88%</w:t>
            </w:r>
            <w:r w:rsidRPr="006C690A">
              <w:rPr>
                <w:sz w:val="20"/>
              </w:rPr>
              <w:br/>
              <w:t>• Đ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 xml:space="preserve"> ĐK thi TN THPT: 100%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ỷ</w:t>
            </w:r>
            <w:r w:rsidRPr="006C690A">
              <w:rPr>
                <w:sz w:val="20"/>
              </w:rPr>
              <w:t xml:space="preserve"> l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 xml:space="preserve"> đ</w:t>
            </w:r>
            <w:r w:rsidRPr="006C690A">
              <w:rPr>
                <w:sz w:val="20"/>
              </w:rPr>
              <w:t>ỗ</w:t>
            </w:r>
            <w:r w:rsidRPr="006C690A">
              <w:rPr>
                <w:sz w:val="20"/>
              </w:rPr>
              <w:t xml:space="preserve"> t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t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 THPT: 100%</w:t>
            </w:r>
            <w:r w:rsidRPr="006C690A">
              <w:rPr>
                <w:sz w:val="20"/>
              </w:rPr>
              <w:br/>
              <w:t>•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gi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>i t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nh: 14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</w:t>
            </w:r>
            <w:r w:rsidRPr="006C690A">
              <w:rPr>
                <w:sz w:val="20"/>
              </w:rPr>
              <w:br/>
              <w:t>•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qu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đào t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o: 99.30%</w:t>
            </w:r>
            <w:r w:rsidRPr="006C690A">
              <w:rPr>
                <w:sz w:val="20"/>
              </w:rPr>
              <w:br/>
              <w:t>• B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c: 0.00%</w:t>
            </w:r>
            <w:r w:rsidRPr="006C690A">
              <w:rPr>
                <w:sz w:val="20"/>
              </w:rPr>
              <w:br/>
              <w:t>• CST</w:t>
            </w:r>
            <w:r w:rsidRPr="006C690A">
              <w:rPr>
                <w:sz w:val="20"/>
              </w:rPr>
              <w:t>ĐCS: 55.10%; LĐTT: 100%; 43/43 BGĐT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C00000"/>
                <w:sz w:val="20"/>
              </w:rPr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Chưa đ</w:t>
            </w:r>
            <w:r w:rsidRPr="006C690A">
              <w:rPr>
                <w:b/>
                <w:color w:val="C00000"/>
                <w:sz w:val="20"/>
              </w:rPr>
              <w:t>ạ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  <w:r w:rsidRPr="006C690A">
              <w:rPr>
                <w:b/>
                <w:color w:val="C00000"/>
                <w:sz w:val="20"/>
              </w:rPr>
              <w:br/>
              <w:t>VƯ</w:t>
            </w:r>
            <w:r w:rsidRPr="006C690A">
              <w:rPr>
                <w:b/>
                <w:color w:val="C00000"/>
                <w:sz w:val="20"/>
              </w:rPr>
              <w:t>Ợ</w:t>
            </w:r>
            <w:r w:rsidRPr="006C690A">
              <w:rPr>
                <w:b/>
                <w:color w:val="C00000"/>
                <w:sz w:val="20"/>
              </w:rPr>
              <w:t>T</w:t>
            </w:r>
          </w:p>
        </w:tc>
      </w:tr>
    </w:tbl>
    <w:p w:rsidR="00A71AD2" w:rsidRPr="006C690A" w:rsidRDefault="00A71AD2">
      <w:pPr>
        <w:spacing w:after="80"/>
        <w:rPr>
          <w:sz w:val="24"/>
        </w:rPr>
      </w:pP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lastRenderedPageBreak/>
        <w:t>2. Ki</w:t>
      </w:r>
      <w:r w:rsidRPr="006C690A">
        <w:rPr>
          <w:b/>
          <w:color w:val="2F5597"/>
          <w:sz w:val="24"/>
        </w:rPr>
        <w:t>ể</w:t>
      </w:r>
      <w:r w:rsidRPr="006C690A">
        <w:rPr>
          <w:b/>
          <w:color w:val="2F5597"/>
          <w:sz w:val="24"/>
        </w:rPr>
        <w:t>m đi</w:t>
      </w:r>
      <w:r w:rsidRPr="006C690A">
        <w:rPr>
          <w:b/>
          <w:color w:val="2F5597"/>
          <w:sz w:val="24"/>
        </w:rPr>
        <w:t>ể</w:t>
      </w:r>
      <w:r w:rsidRPr="006C690A">
        <w:rPr>
          <w:b/>
          <w:color w:val="2F5597"/>
          <w:sz w:val="24"/>
        </w:rPr>
        <w:t>m vi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c th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>c 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n các quy đ</w:t>
      </w:r>
      <w:r w:rsidRPr="006C690A">
        <w:rPr>
          <w:b/>
          <w:color w:val="2F5597"/>
          <w:sz w:val="24"/>
        </w:rPr>
        <w:t>ị</w:t>
      </w:r>
      <w:r w:rsidRPr="006C690A">
        <w:rPr>
          <w:b/>
          <w:color w:val="2F5597"/>
          <w:sz w:val="24"/>
        </w:rPr>
        <w:t>nh v</w:t>
      </w:r>
      <w:r w:rsidRPr="006C690A">
        <w:rPr>
          <w:b/>
          <w:color w:val="2F5597"/>
          <w:sz w:val="24"/>
        </w:rPr>
        <w:t>ề</w:t>
      </w:r>
      <w:r w:rsidRPr="006C690A">
        <w:rPr>
          <w:b/>
          <w:color w:val="2F5597"/>
          <w:sz w:val="24"/>
        </w:rPr>
        <w:t xml:space="preserve"> dân ch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 xml:space="preserve"> t</w:t>
      </w:r>
      <w:r w:rsidRPr="006C690A">
        <w:rPr>
          <w:b/>
          <w:color w:val="2F5597"/>
          <w:sz w:val="24"/>
        </w:rPr>
        <w:t>ạ</w:t>
      </w:r>
      <w:r w:rsidRPr="006C690A">
        <w:rPr>
          <w:b/>
          <w:color w:val="2F5597"/>
          <w:sz w:val="24"/>
        </w:rPr>
        <w:t>i cơ s</w:t>
      </w:r>
      <w:r w:rsidRPr="006C690A">
        <w:rPr>
          <w:b/>
          <w:color w:val="2F5597"/>
          <w:sz w:val="24"/>
        </w:rPr>
        <w:t>ở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Trách nhi</w:t>
      </w:r>
      <w:r w:rsidRPr="006C690A">
        <w:rPr>
          <w:b/>
        </w:rPr>
        <w:t>ệ</w:t>
      </w:r>
      <w:r w:rsidRPr="006C690A">
        <w:rPr>
          <w:b/>
        </w:rPr>
        <w:t>m công khai c</w:t>
      </w:r>
      <w:r w:rsidRPr="006C690A">
        <w:rPr>
          <w:b/>
        </w:rPr>
        <w:t>ủ</w:t>
      </w:r>
      <w:r w:rsidRPr="006C690A">
        <w:rPr>
          <w:b/>
        </w:rPr>
        <w:t>a Ngư</w:t>
      </w:r>
      <w:r w:rsidRPr="006C690A">
        <w:rPr>
          <w:b/>
        </w:rPr>
        <w:t>ờ</w:t>
      </w:r>
      <w:r w:rsidRPr="006C690A">
        <w:rPr>
          <w:b/>
        </w:rPr>
        <w:t>i đ</w:t>
      </w:r>
      <w:r w:rsidRPr="006C690A">
        <w:rPr>
          <w:b/>
        </w:rPr>
        <w:t>ứ</w:t>
      </w:r>
      <w:r w:rsidRPr="006C690A">
        <w:rPr>
          <w:b/>
        </w:rPr>
        <w:t>ng đ</w:t>
      </w:r>
      <w:r w:rsidRPr="006C690A">
        <w:rPr>
          <w:b/>
        </w:rPr>
        <w:t>ầ</w:t>
      </w:r>
      <w:r w:rsidRPr="006C690A">
        <w:rPr>
          <w:b/>
        </w:rPr>
        <w:t xml:space="preserve">u: </w:t>
      </w:r>
      <w:r w:rsidRPr="006C690A">
        <w:t>Lãnh đ</w:t>
      </w:r>
      <w:r w:rsidRPr="006C690A">
        <w:t>ạ</w:t>
      </w:r>
      <w:r w:rsidRPr="006C690A">
        <w:t>o nhà trư</w:t>
      </w:r>
      <w:r w:rsidRPr="006C690A">
        <w:t>ờ</w:t>
      </w:r>
      <w:r w:rsidRPr="006C690A">
        <w:t>ng th</w:t>
      </w:r>
      <w:r w:rsidRPr="006C690A">
        <w:t>ự</w:t>
      </w:r>
      <w:r w:rsidRPr="006C690A">
        <w:t>c hi</w:t>
      </w:r>
      <w:r w:rsidRPr="006C690A">
        <w:t>ệ</w:t>
      </w:r>
      <w:r w:rsidRPr="006C690A">
        <w:t>n công khai 100% các n</w:t>
      </w:r>
      <w:r w:rsidRPr="006C690A">
        <w:t>ộ</w:t>
      </w:r>
      <w:r w:rsidRPr="006C690A">
        <w:t xml:space="preserve">i dung theo quy </w:t>
      </w:r>
      <w:r w:rsidRPr="006C690A">
        <w:t>đ</w:t>
      </w:r>
      <w:r w:rsidRPr="006C690A">
        <w:t>ị</w:t>
      </w:r>
      <w:r w:rsidRPr="006C690A">
        <w:t>nh (k</w:t>
      </w:r>
      <w:r w:rsidRPr="006C690A">
        <w:t>ế</w:t>
      </w:r>
      <w:r w:rsidRPr="006C690A">
        <w:t xml:space="preserve"> ho</w:t>
      </w:r>
      <w:r w:rsidRPr="006C690A">
        <w:t>ạ</w:t>
      </w:r>
      <w:r w:rsidRPr="006C690A">
        <w:t>ch công tác năm h</w:t>
      </w:r>
      <w:r w:rsidRPr="006C690A">
        <w:t>ọ</w:t>
      </w:r>
      <w:r w:rsidRPr="006C690A">
        <w:t>c, phân công chuyên môn, ch</w:t>
      </w:r>
      <w:r w:rsidRPr="006C690A">
        <w:t>ỉ</w:t>
      </w:r>
      <w:r w:rsidRPr="006C690A">
        <w:t xml:space="preserve"> tiêu biên ch</w:t>
      </w:r>
      <w:r w:rsidRPr="006C690A">
        <w:t>ế</w:t>
      </w:r>
      <w:r w:rsidRPr="006C690A">
        <w:t>, qu</w:t>
      </w:r>
      <w:r w:rsidRPr="006C690A">
        <w:t>ả</w:t>
      </w:r>
      <w:r w:rsidRPr="006C690A">
        <w:t>n lý tài chính - tài s</w:t>
      </w:r>
      <w:r w:rsidRPr="006C690A">
        <w:t>ả</w:t>
      </w:r>
      <w:r w:rsidRPr="006C690A">
        <w:t>n, k</w:t>
      </w:r>
      <w:r w:rsidRPr="006C690A">
        <w:t>ế</w:t>
      </w:r>
      <w:r w:rsidRPr="006C690A">
        <w:t>t qu</w:t>
      </w:r>
      <w:r w:rsidRPr="006C690A">
        <w:t>ả</w:t>
      </w:r>
      <w:r w:rsidRPr="006C690A">
        <w:t xml:space="preserve"> đánh giá thi đua, nâng lương trư</w:t>
      </w:r>
      <w:r w:rsidRPr="006C690A">
        <w:t>ớ</w:t>
      </w:r>
      <w:r w:rsidRPr="006C690A">
        <w:t>c h</w:t>
      </w:r>
      <w:r w:rsidRPr="006C690A">
        <w:t>ạ</w:t>
      </w:r>
      <w:r w:rsidRPr="006C690A">
        <w:t>n). Hình th</w:t>
      </w:r>
      <w:r w:rsidRPr="006C690A">
        <w:t>ứ</w:t>
      </w:r>
      <w:r w:rsidRPr="006C690A">
        <w:t>c công khai đa d</w:t>
      </w:r>
      <w:r w:rsidRPr="006C690A">
        <w:t>ạ</w:t>
      </w:r>
      <w:r w:rsidRPr="006C690A">
        <w:t>ng: niêm y</w:t>
      </w:r>
      <w:r w:rsidRPr="006C690A">
        <w:t>ế</w:t>
      </w:r>
      <w:r w:rsidRPr="006C690A">
        <w:t>t b</w:t>
      </w:r>
      <w:r w:rsidRPr="006C690A">
        <w:t>ả</w:t>
      </w:r>
      <w:r w:rsidRPr="006C690A">
        <w:t>ng tin, thông báo trong cu</w:t>
      </w:r>
      <w:r w:rsidRPr="006C690A">
        <w:t>ộ</w:t>
      </w:r>
      <w:r w:rsidRPr="006C690A">
        <w:t>c h</w:t>
      </w:r>
      <w:r w:rsidRPr="006C690A">
        <w:t>ọ</w:t>
      </w:r>
      <w:r w:rsidRPr="006C690A">
        <w:t>p, g</w:t>
      </w:r>
      <w:r w:rsidRPr="006C690A">
        <w:t>ử</w:t>
      </w:r>
      <w:r w:rsidRPr="006C690A">
        <w:t>i qua nhóm n</w:t>
      </w:r>
      <w:r w:rsidRPr="006C690A">
        <w:t>ộ</w:t>
      </w:r>
      <w:r w:rsidRPr="006C690A">
        <w:t>i b</w:t>
      </w:r>
      <w:r w:rsidRPr="006C690A">
        <w:t>ộ</w:t>
      </w:r>
      <w:r w:rsidRPr="006C690A">
        <w:t>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 xml:space="preserve">Phát huy </w:t>
      </w:r>
      <w:r w:rsidRPr="006C690A">
        <w:rPr>
          <w:b/>
        </w:rPr>
        <w:t>quy</w:t>
      </w:r>
      <w:r w:rsidRPr="006C690A">
        <w:rPr>
          <w:b/>
        </w:rPr>
        <w:t>ề</w:t>
      </w:r>
      <w:r w:rsidRPr="006C690A">
        <w:rPr>
          <w:b/>
        </w:rPr>
        <w:t>n làm ch</w:t>
      </w:r>
      <w:r w:rsidRPr="006C690A">
        <w:rPr>
          <w:b/>
        </w:rPr>
        <w:t>ủ</w:t>
      </w:r>
      <w:r w:rsidRPr="006C690A">
        <w:rPr>
          <w:b/>
        </w:rPr>
        <w:t xml:space="preserve"> c</w:t>
      </w:r>
      <w:r w:rsidRPr="006C690A">
        <w:rPr>
          <w:b/>
        </w:rPr>
        <w:t>ủ</w:t>
      </w:r>
      <w:r w:rsidRPr="006C690A">
        <w:rPr>
          <w:b/>
        </w:rPr>
        <w:t>a ngư</w:t>
      </w:r>
      <w:r w:rsidRPr="006C690A">
        <w:rPr>
          <w:b/>
        </w:rPr>
        <w:t>ờ</w:t>
      </w:r>
      <w:r w:rsidRPr="006C690A">
        <w:rPr>
          <w:b/>
        </w:rPr>
        <w:t>i lao đ</w:t>
      </w:r>
      <w:r w:rsidRPr="006C690A">
        <w:rPr>
          <w:b/>
        </w:rPr>
        <w:t>ộ</w:t>
      </w:r>
      <w:r w:rsidRPr="006C690A">
        <w:rPr>
          <w:b/>
        </w:rPr>
        <w:t xml:space="preserve">ng: </w:t>
      </w:r>
      <w:r w:rsidRPr="006C690A">
        <w:t>Viên ch</w:t>
      </w:r>
      <w:r w:rsidRPr="006C690A">
        <w:t>ứ</w:t>
      </w:r>
      <w:r w:rsidRPr="006C690A">
        <w:t>c và ngư</w:t>
      </w:r>
      <w:r w:rsidRPr="006C690A">
        <w:t>ờ</w:t>
      </w:r>
      <w:r w:rsidRPr="006C690A">
        <w:t>i lao đ</w:t>
      </w:r>
      <w:r w:rsidRPr="006C690A">
        <w:t>ộ</w:t>
      </w:r>
      <w:r w:rsidRPr="006C690A">
        <w:t>ng đư</w:t>
      </w:r>
      <w:r w:rsidRPr="006C690A">
        <w:t>ợ</w:t>
      </w:r>
      <w:r w:rsidRPr="006C690A">
        <w:t>c th</w:t>
      </w:r>
      <w:r w:rsidRPr="006C690A">
        <w:t>ả</w:t>
      </w:r>
      <w:r w:rsidRPr="006C690A">
        <w:t>o lu</w:t>
      </w:r>
      <w:r w:rsidRPr="006C690A">
        <w:t>ậ</w:t>
      </w:r>
      <w:r w:rsidRPr="006C690A">
        <w:t>n, đóng góp ý ki</w:t>
      </w:r>
      <w:r w:rsidRPr="006C690A">
        <w:t>ế</w:t>
      </w:r>
      <w:r w:rsidRPr="006C690A">
        <w:t>n dân ch</w:t>
      </w:r>
      <w:r w:rsidRPr="006C690A">
        <w:t>ủ</w:t>
      </w:r>
      <w:r w:rsidRPr="006C690A">
        <w:t xml:space="preserve"> đ</w:t>
      </w:r>
      <w:r w:rsidRPr="006C690A">
        <w:t>ố</w:t>
      </w:r>
      <w:r w:rsidRPr="006C690A">
        <w:t>i v</w:t>
      </w:r>
      <w:r w:rsidRPr="006C690A">
        <w:t>ớ</w:t>
      </w:r>
      <w:r w:rsidRPr="006C690A">
        <w:t>i các đ</w:t>
      </w:r>
      <w:r w:rsidRPr="006C690A">
        <w:t>ề</w:t>
      </w:r>
      <w:r w:rsidRPr="006C690A">
        <w:t xml:space="preserve"> án, k</w:t>
      </w:r>
      <w:r w:rsidRPr="006C690A">
        <w:t>ế</w:t>
      </w:r>
      <w:r w:rsidRPr="006C690A">
        <w:t xml:space="preserve"> ho</w:t>
      </w:r>
      <w:r w:rsidRPr="006C690A">
        <w:t>ạ</w:t>
      </w:r>
      <w:r w:rsidRPr="006C690A">
        <w:t>ch năm h</w:t>
      </w:r>
      <w:r w:rsidRPr="006C690A">
        <w:t>ọ</w:t>
      </w:r>
      <w:r w:rsidRPr="006C690A">
        <w:t>c, quy ch</w:t>
      </w:r>
      <w:r w:rsidRPr="006C690A">
        <w:t>ế</w:t>
      </w:r>
      <w:r w:rsidRPr="006C690A">
        <w:t xml:space="preserve"> chi tiêu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và phương án phân công nhi</w:t>
      </w:r>
      <w:r w:rsidRPr="006C690A">
        <w:t>ệ</w:t>
      </w:r>
      <w:r w:rsidRPr="006C690A">
        <w:t>m v</w:t>
      </w:r>
      <w:r w:rsidRPr="006C690A">
        <w:t>ụ</w:t>
      </w:r>
      <w:r w:rsidRPr="006C690A">
        <w:t>. Quy</w:t>
      </w:r>
      <w:r w:rsidRPr="006C690A">
        <w:t>ề</w:t>
      </w:r>
      <w:r w:rsidRPr="006C690A">
        <w:t>n giám sát đư</w:t>
      </w:r>
      <w:r w:rsidRPr="006C690A">
        <w:t>ợ</w:t>
      </w:r>
      <w:r w:rsidRPr="006C690A">
        <w:t>c đ</w:t>
      </w:r>
      <w:r w:rsidRPr="006C690A">
        <w:t>ả</w:t>
      </w:r>
      <w:r w:rsidRPr="006C690A">
        <w:t>m b</w:t>
      </w:r>
      <w:r w:rsidRPr="006C690A">
        <w:t>ả</w:t>
      </w:r>
      <w:r w:rsidRPr="006C690A">
        <w:t>o thông qua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c</w:t>
      </w:r>
      <w:r w:rsidRPr="006C690A">
        <w:t>ủ</w:t>
      </w:r>
      <w:r w:rsidRPr="006C690A">
        <w:t>a Ban Than</w:t>
      </w:r>
      <w:r w:rsidRPr="006C690A">
        <w:t>h tra nhân dân.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Gi</w:t>
      </w:r>
      <w:r w:rsidRPr="006C690A">
        <w:rPr>
          <w:b/>
        </w:rPr>
        <w:t>ả</w:t>
      </w:r>
      <w:r w:rsidRPr="006C690A">
        <w:rPr>
          <w:b/>
        </w:rPr>
        <w:t>i quy</w:t>
      </w:r>
      <w:r w:rsidRPr="006C690A">
        <w:rPr>
          <w:b/>
        </w:rPr>
        <w:t>ế</w:t>
      </w:r>
      <w:r w:rsidRPr="006C690A">
        <w:rPr>
          <w:b/>
        </w:rPr>
        <w:t>t ph</w:t>
      </w:r>
      <w:r w:rsidRPr="006C690A">
        <w:rPr>
          <w:b/>
        </w:rPr>
        <w:t>ả</w:t>
      </w:r>
      <w:r w:rsidRPr="006C690A">
        <w:rPr>
          <w:b/>
        </w:rPr>
        <w:t>n ánh, ki</w:t>
      </w:r>
      <w:r w:rsidRPr="006C690A">
        <w:rPr>
          <w:b/>
        </w:rPr>
        <w:t>ế</w:t>
      </w:r>
      <w:r w:rsidRPr="006C690A">
        <w:rPr>
          <w:b/>
        </w:rPr>
        <w:t>n ngh</w:t>
      </w:r>
      <w:r w:rsidRPr="006C690A">
        <w:rPr>
          <w:b/>
        </w:rPr>
        <w:t>ị</w:t>
      </w:r>
      <w:r w:rsidRPr="006C690A">
        <w:rPr>
          <w:b/>
        </w:rPr>
        <w:t xml:space="preserve">: </w:t>
      </w:r>
      <w:r w:rsidRPr="006C690A">
        <w:t>Ngư</w:t>
      </w:r>
      <w:r w:rsidRPr="006C690A">
        <w:t>ờ</w:t>
      </w:r>
      <w:r w:rsidRPr="006C690A">
        <w:t>i đ</w:t>
      </w:r>
      <w:r w:rsidRPr="006C690A">
        <w:t>ứ</w:t>
      </w:r>
      <w:r w:rsidRPr="006C690A">
        <w:t>ng đ</w:t>
      </w:r>
      <w:r w:rsidRPr="006C690A">
        <w:t>ầ</w:t>
      </w:r>
      <w:r w:rsidRPr="006C690A">
        <w:t>u luôn duy trì ti</w:t>
      </w:r>
      <w:r w:rsidRPr="006C690A">
        <w:t>ế</w:t>
      </w:r>
      <w:r w:rsidRPr="006C690A">
        <w:t>p nh</w:t>
      </w:r>
      <w:r w:rsidRPr="006C690A">
        <w:t>ậ</w:t>
      </w:r>
      <w:r w:rsidRPr="006C690A">
        <w:t>n, l</w:t>
      </w:r>
      <w:r w:rsidRPr="006C690A">
        <w:t>ắ</w:t>
      </w:r>
      <w:r w:rsidRPr="006C690A">
        <w:t>ng nghe ý ki</w:t>
      </w:r>
      <w:r w:rsidRPr="006C690A">
        <w:t>ế</w:t>
      </w:r>
      <w:r w:rsidRPr="006C690A">
        <w:t>n ph</w:t>
      </w:r>
      <w:r w:rsidRPr="006C690A">
        <w:t>ả</w:t>
      </w:r>
      <w:r w:rsidRPr="006C690A">
        <w:t>n ánh t</w:t>
      </w:r>
      <w:r w:rsidRPr="006C690A">
        <w:t>ừ</w:t>
      </w:r>
      <w:r w:rsidRPr="006C690A">
        <w:t xml:space="preserve"> đ</w:t>
      </w:r>
      <w:r w:rsidRPr="006C690A">
        <w:t>ộ</w:t>
      </w:r>
      <w:r w:rsidRPr="006C690A">
        <w:t>i ngũ; trong năm h</w:t>
      </w:r>
      <w:r w:rsidRPr="006C690A">
        <w:t>ọ</w:t>
      </w:r>
      <w:r w:rsidRPr="006C690A">
        <w:t>c không phát sinh đơn thư khi</w:t>
      </w:r>
      <w:r w:rsidRPr="006C690A">
        <w:t>ế</w:t>
      </w:r>
      <w:r w:rsidRPr="006C690A">
        <w:t>u n</w:t>
      </w:r>
      <w:r w:rsidRPr="006C690A">
        <w:t>ạ</w:t>
      </w:r>
      <w:r w:rsidRPr="006C690A">
        <w:t>i, t</w:t>
      </w:r>
      <w:r w:rsidRPr="006C690A">
        <w:t>ố</w:t>
      </w:r>
      <w:r w:rsidRPr="006C690A">
        <w:t xml:space="preserve"> cáo; m</w:t>
      </w:r>
      <w:r w:rsidRPr="006C690A">
        <w:t>ọ</w:t>
      </w:r>
      <w:r w:rsidRPr="006C690A">
        <w:t>i th</w:t>
      </w:r>
      <w:r w:rsidRPr="006C690A">
        <w:t>ắ</w:t>
      </w:r>
      <w:r w:rsidRPr="006C690A">
        <w:t>c m</w:t>
      </w:r>
      <w:r w:rsidRPr="006C690A">
        <w:t>ắ</w:t>
      </w:r>
      <w:r w:rsidRPr="006C690A">
        <w:t>c chuyên môn và ch</w:t>
      </w:r>
      <w:r w:rsidRPr="006C690A">
        <w:t>ế</w:t>
      </w:r>
      <w:r w:rsidRPr="006C690A">
        <w:t xml:space="preserve"> đ</w:t>
      </w:r>
      <w:r w:rsidRPr="006C690A">
        <w:t>ộ</w:t>
      </w:r>
      <w:r w:rsidRPr="006C690A">
        <w:t xml:space="preserve"> chính sách đ</w:t>
      </w:r>
      <w:r w:rsidRPr="006C690A">
        <w:t>ề</w:t>
      </w:r>
      <w:r w:rsidRPr="006C690A">
        <w:t>u đư</w:t>
      </w:r>
      <w:r w:rsidRPr="006C690A">
        <w:t>ợ</w:t>
      </w:r>
      <w:r w:rsidRPr="006C690A">
        <w:t>c gi</w:t>
      </w:r>
      <w:r w:rsidRPr="006C690A">
        <w:t>ả</w:t>
      </w:r>
      <w:r w:rsidRPr="006C690A">
        <w:t>i quy</w:t>
      </w:r>
      <w:r w:rsidRPr="006C690A">
        <w:t>ế</w:t>
      </w:r>
      <w:r w:rsidRPr="006C690A">
        <w:t>t th</w:t>
      </w:r>
      <w:r w:rsidRPr="006C690A">
        <w:t>ấ</w:t>
      </w:r>
      <w:r w:rsidRPr="006C690A">
        <w:t xml:space="preserve">u đáo </w:t>
      </w:r>
      <w:r w:rsidRPr="006C690A">
        <w:t>ngay t</w:t>
      </w:r>
      <w:r w:rsidRPr="006C690A">
        <w:t>ừ</w:t>
      </w:r>
      <w:r w:rsidRPr="006C690A">
        <w:t xml:space="preserve"> cơ s</w:t>
      </w:r>
      <w:r w:rsidRPr="006C690A">
        <w:t>ở</w:t>
      </w:r>
      <w:r w:rsidRPr="006C690A">
        <w:t>.</w:t>
      </w: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IV. BÁO CÁO ĐÁNH GIÁ, T</w:t>
      </w:r>
      <w:r w:rsidRPr="006C690A">
        <w:rPr>
          <w:b/>
          <w:color w:val="1F4E79"/>
          <w:sz w:val="28"/>
        </w:rPr>
        <w:t>Ổ</w:t>
      </w:r>
      <w:r w:rsidRPr="006C690A">
        <w:rPr>
          <w:b/>
          <w:color w:val="1F4E79"/>
          <w:sz w:val="28"/>
        </w:rPr>
        <w:t>NG K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>T VÀ KI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ĐI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M TRÁCH NHI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M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NGƯ</w:t>
      </w:r>
      <w:r w:rsidRPr="006C690A">
        <w:rPr>
          <w:b/>
          <w:color w:val="1F4E79"/>
          <w:sz w:val="28"/>
        </w:rPr>
        <w:t>Ờ</w:t>
      </w:r>
      <w:r w:rsidRPr="006C690A">
        <w:rPr>
          <w:b/>
          <w:color w:val="1F4E79"/>
          <w:sz w:val="28"/>
        </w:rPr>
        <w:t>I Đ</w:t>
      </w:r>
      <w:r w:rsidRPr="006C690A">
        <w:rPr>
          <w:b/>
          <w:color w:val="1F4E79"/>
          <w:sz w:val="28"/>
        </w:rPr>
        <w:t>Ứ</w:t>
      </w:r>
      <w:r w:rsidRPr="006C690A">
        <w:rPr>
          <w:b/>
          <w:color w:val="1F4E79"/>
          <w:sz w:val="28"/>
        </w:rPr>
        <w:t>NG Đ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U ĐƠN V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 xml:space="preserve"> TRONG VI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C TH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>C HI</w:t>
      </w:r>
      <w:r w:rsidRPr="006C690A">
        <w:rPr>
          <w:b/>
          <w:color w:val="1F4E79"/>
          <w:sz w:val="28"/>
        </w:rPr>
        <w:t>Ệ</w:t>
      </w:r>
      <w:r w:rsidRPr="006C690A">
        <w:rPr>
          <w:b/>
          <w:color w:val="1F4E79"/>
          <w:sz w:val="28"/>
        </w:rPr>
        <w:t>N K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 xml:space="preserve"> HO</w:t>
      </w:r>
      <w:r w:rsidRPr="006C690A">
        <w:rPr>
          <w:b/>
          <w:color w:val="1F4E79"/>
          <w:sz w:val="28"/>
        </w:rPr>
        <w:t>Ạ</w:t>
      </w:r>
      <w:r w:rsidRPr="006C690A">
        <w:rPr>
          <w:b/>
          <w:color w:val="1F4E79"/>
          <w:sz w:val="28"/>
        </w:rPr>
        <w:t>CH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2025-2026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Đánh giá k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 xml:space="preserve"> công tác ch</w:t>
      </w:r>
      <w:r w:rsidRPr="006C690A">
        <w:rPr>
          <w:b/>
          <w:color w:val="2F5597"/>
          <w:sz w:val="24"/>
        </w:rPr>
        <w:t>ỉ</w:t>
      </w:r>
      <w:r w:rsidRPr="006C690A">
        <w:rPr>
          <w:b/>
          <w:color w:val="2F5597"/>
          <w:sz w:val="24"/>
        </w:rPr>
        <w:t xml:space="preserve"> đ</w:t>
      </w:r>
      <w:r w:rsidRPr="006C690A">
        <w:rPr>
          <w:b/>
          <w:color w:val="2F5597"/>
          <w:sz w:val="24"/>
        </w:rPr>
        <w:t>ạ</w:t>
      </w:r>
      <w:r w:rsidRPr="006C690A">
        <w:rPr>
          <w:b/>
          <w:color w:val="2F5597"/>
          <w:sz w:val="24"/>
        </w:rPr>
        <w:t>o, đi</w:t>
      </w:r>
      <w:r w:rsidRPr="006C690A">
        <w:rPr>
          <w:b/>
          <w:color w:val="2F5597"/>
          <w:sz w:val="24"/>
        </w:rPr>
        <w:t>ề</w:t>
      </w:r>
      <w:r w:rsidRPr="006C690A">
        <w:rPr>
          <w:b/>
          <w:color w:val="2F5597"/>
          <w:sz w:val="24"/>
        </w:rPr>
        <w:t>u hành c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>a Ngư</w:t>
      </w:r>
      <w:r w:rsidRPr="006C690A">
        <w:rPr>
          <w:b/>
          <w:color w:val="2F5597"/>
          <w:sz w:val="24"/>
        </w:rPr>
        <w:t>ờ</w:t>
      </w:r>
      <w:r w:rsidRPr="006C690A">
        <w:rPr>
          <w:b/>
          <w:color w:val="2F5597"/>
          <w:sz w:val="24"/>
        </w:rPr>
        <w:t>i đ</w:t>
      </w:r>
      <w:r w:rsidRPr="006C690A">
        <w:rPr>
          <w:b/>
          <w:color w:val="2F5597"/>
          <w:sz w:val="24"/>
        </w:rPr>
        <w:t>ứ</w:t>
      </w:r>
      <w:r w:rsidRPr="006C690A">
        <w:rPr>
          <w:b/>
          <w:color w:val="2F5597"/>
          <w:sz w:val="24"/>
        </w:rPr>
        <w:t>ng đ</w:t>
      </w:r>
      <w:r w:rsidRPr="006C690A">
        <w:rPr>
          <w:b/>
          <w:color w:val="2F5597"/>
          <w:sz w:val="24"/>
        </w:rPr>
        <w:t>ầ</w:t>
      </w:r>
      <w:r w:rsidRPr="006C690A">
        <w:rPr>
          <w:b/>
          <w:color w:val="2F5597"/>
          <w:sz w:val="24"/>
        </w:rPr>
        <w:t>u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Ph</w:t>
      </w:r>
      <w:r w:rsidRPr="006C690A">
        <w:rPr>
          <w:b/>
        </w:rPr>
        <w:t>ẩ</w:t>
      </w:r>
      <w:r w:rsidRPr="006C690A">
        <w:rPr>
          <w:b/>
        </w:rPr>
        <w:t>m ch</w:t>
      </w:r>
      <w:r w:rsidRPr="006C690A">
        <w:rPr>
          <w:b/>
        </w:rPr>
        <w:t>ấ</w:t>
      </w:r>
      <w:r w:rsidRPr="006C690A">
        <w:rPr>
          <w:b/>
        </w:rPr>
        <w:t>t chính tr</w:t>
      </w:r>
      <w:r w:rsidRPr="006C690A">
        <w:rPr>
          <w:b/>
        </w:rPr>
        <w:t>ị</w:t>
      </w:r>
      <w:r w:rsidRPr="006C690A">
        <w:rPr>
          <w:b/>
        </w:rPr>
        <w:t xml:space="preserve"> &amp; đ</w:t>
      </w:r>
      <w:r w:rsidRPr="006C690A">
        <w:rPr>
          <w:b/>
        </w:rPr>
        <w:t>ạ</w:t>
      </w:r>
      <w:r w:rsidRPr="006C690A">
        <w:rPr>
          <w:b/>
        </w:rPr>
        <w:t>o đ</w:t>
      </w:r>
      <w:r w:rsidRPr="006C690A">
        <w:rPr>
          <w:b/>
        </w:rPr>
        <w:t>ứ</w:t>
      </w:r>
      <w:r w:rsidRPr="006C690A">
        <w:rPr>
          <w:b/>
        </w:rPr>
        <w:t xml:space="preserve">c: </w:t>
      </w:r>
      <w:r w:rsidRPr="006C690A">
        <w:t>B</w:t>
      </w:r>
      <w:r w:rsidRPr="006C690A">
        <w:t>ả</w:t>
      </w:r>
      <w:r w:rsidRPr="006C690A">
        <w:t>n thân</w:t>
      </w:r>
      <w:r w:rsidRPr="006C690A">
        <w:t xml:space="preserve"> ngư</w:t>
      </w:r>
      <w:r w:rsidRPr="006C690A">
        <w:t>ờ</w:t>
      </w:r>
      <w:r w:rsidRPr="006C690A">
        <w:t>i đ</w:t>
      </w:r>
      <w:r w:rsidRPr="006C690A">
        <w:t>ứ</w:t>
      </w:r>
      <w:r w:rsidRPr="006C690A">
        <w:t>ng đ</w:t>
      </w:r>
      <w:r w:rsidRPr="006C690A">
        <w:t>ầ</w:t>
      </w:r>
      <w:r w:rsidRPr="006C690A">
        <w:t>u luôn gi</w:t>
      </w:r>
      <w:r w:rsidRPr="006C690A">
        <w:t>ữ</w:t>
      </w:r>
      <w:r w:rsidRPr="006C690A">
        <w:t xml:space="preserve"> v</w:t>
      </w:r>
      <w:r w:rsidRPr="006C690A">
        <w:t>ữ</w:t>
      </w:r>
      <w:r w:rsidRPr="006C690A">
        <w:t>ng b</w:t>
      </w:r>
      <w:r w:rsidRPr="006C690A">
        <w:t>ả</w:t>
      </w:r>
      <w:r w:rsidRPr="006C690A">
        <w:t>n lĩnh chính tr</w:t>
      </w:r>
      <w:r w:rsidRPr="006C690A">
        <w:t>ị</w:t>
      </w:r>
      <w:r w:rsidRPr="006C690A">
        <w:t xml:space="preserve"> v</w:t>
      </w:r>
      <w:r w:rsidRPr="006C690A">
        <w:t>ữ</w:t>
      </w:r>
      <w:r w:rsidRPr="006C690A">
        <w:t>ng vàng, ph</w:t>
      </w:r>
      <w:r w:rsidRPr="006C690A">
        <w:t>ẩ</w:t>
      </w:r>
      <w:r w:rsidRPr="006C690A">
        <w:t>m ch</w:t>
      </w:r>
      <w:r w:rsidRPr="006C690A">
        <w:t>ấ</w:t>
      </w:r>
      <w:r w:rsidRPr="006C690A">
        <w:t>t đ</w:t>
      </w:r>
      <w:r w:rsidRPr="006C690A">
        <w:t>ạ</w:t>
      </w:r>
      <w:r w:rsidRPr="006C690A">
        <w:t>o đ</w:t>
      </w:r>
      <w:r w:rsidRPr="006C690A">
        <w:t>ứ</w:t>
      </w:r>
      <w:r w:rsidRPr="006C690A">
        <w:t>c l</w:t>
      </w:r>
      <w:r w:rsidRPr="006C690A">
        <w:t>ố</w:t>
      </w:r>
      <w:r w:rsidRPr="006C690A">
        <w:t>i s</w:t>
      </w:r>
      <w:r w:rsidRPr="006C690A">
        <w:t>ố</w:t>
      </w:r>
      <w:r w:rsidRPr="006C690A">
        <w:t>ng trong s</w:t>
      </w:r>
      <w:r w:rsidRPr="006C690A">
        <w:t>ạ</w:t>
      </w:r>
      <w:r w:rsidRPr="006C690A">
        <w:t>ch, gương m</w:t>
      </w:r>
      <w:r w:rsidRPr="006C690A">
        <w:t>ẫ</w:t>
      </w:r>
      <w:r w:rsidRPr="006C690A">
        <w:t>u; ch</w:t>
      </w:r>
      <w:r w:rsidRPr="006C690A">
        <w:t>ấ</w:t>
      </w:r>
      <w:r w:rsidRPr="006C690A">
        <w:t>p hành nghiêm túc s</w:t>
      </w:r>
      <w:r w:rsidRPr="006C690A">
        <w:t>ự</w:t>
      </w:r>
      <w:r w:rsidRPr="006C690A">
        <w:t xml:space="preserve"> phân công c</w:t>
      </w:r>
      <w:r w:rsidRPr="006C690A">
        <w:t>ủ</w:t>
      </w:r>
      <w:r w:rsidRPr="006C690A">
        <w:t>a Đ</w:t>
      </w:r>
      <w:r w:rsidRPr="006C690A">
        <w:t>ả</w:t>
      </w:r>
      <w:r w:rsidRPr="006C690A">
        <w:t>ng và c</w:t>
      </w:r>
      <w:r w:rsidRPr="006C690A">
        <w:t>ấ</w:t>
      </w:r>
      <w:r w:rsidRPr="006C690A">
        <w:t>p trên; xây d</w:t>
      </w:r>
      <w:r w:rsidRPr="006C690A">
        <w:t>ự</w:t>
      </w:r>
      <w:r w:rsidRPr="006C690A">
        <w:t>ng kh</w:t>
      </w:r>
      <w:r w:rsidRPr="006C690A">
        <w:t>ố</w:t>
      </w:r>
      <w:r w:rsidRPr="006C690A">
        <w:t>i đoàn k</w:t>
      </w:r>
      <w:r w:rsidRPr="006C690A">
        <w:t>ế</w:t>
      </w:r>
      <w:r w:rsidRPr="006C690A">
        <w:t>t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v</w:t>
      </w:r>
      <w:r w:rsidRPr="006C690A">
        <w:t>ữ</w:t>
      </w:r>
      <w:r w:rsidRPr="006C690A">
        <w:t>ng ch</w:t>
      </w:r>
      <w:r w:rsidRPr="006C690A">
        <w:t>ắ</w:t>
      </w:r>
      <w:r w:rsidRPr="006C690A">
        <w:t>c.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Công tác ch</w:t>
      </w:r>
      <w:r w:rsidRPr="006C690A">
        <w:rPr>
          <w:b/>
        </w:rPr>
        <w:t>ỉ</w:t>
      </w:r>
      <w:r w:rsidRPr="006C690A">
        <w:rPr>
          <w:b/>
        </w:rPr>
        <w:t xml:space="preserve"> đ</w:t>
      </w:r>
      <w:r w:rsidRPr="006C690A">
        <w:rPr>
          <w:b/>
        </w:rPr>
        <w:t>ạ</w:t>
      </w:r>
      <w:r w:rsidRPr="006C690A">
        <w:rPr>
          <w:b/>
        </w:rPr>
        <w:t>o b</w:t>
      </w:r>
      <w:r w:rsidRPr="006C690A">
        <w:rPr>
          <w:b/>
        </w:rPr>
        <w:t>ộ</w:t>
      </w:r>
      <w:r w:rsidRPr="006C690A">
        <w:rPr>
          <w:b/>
        </w:rPr>
        <w:t xml:space="preserve"> máy &amp; chuyên môn: </w:t>
      </w:r>
      <w:r w:rsidRPr="006C690A">
        <w:t>Ch</w:t>
      </w:r>
      <w:r w:rsidRPr="006C690A">
        <w:t>ủ</w:t>
      </w:r>
      <w:r w:rsidRPr="006C690A">
        <w:t xml:space="preserve"> đ</w:t>
      </w:r>
      <w:r w:rsidRPr="006C690A">
        <w:t>ộ</w:t>
      </w:r>
      <w:r w:rsidRPr="006C690A">
        <w:t>ng, l</w:t>
      </w:r>
      <w:r w:rsidRPr="006C690A">
        <w:t>inh ho</w:t>
      </w:r>
      <w:r w:rsidRPr="006C690A">
        <w:t>ạ</w:t>
      </w:r>
      <w:r w:rsidRPr="006C690A">
        <w:t>t đi</w:t>
      </w:r>
      <w:r w:rsidRPr="006C690A">
        <w:t>ề</w:t>
      </w:r>
      <w:r w:rsidRPr="006C690A">
        <w:t>u hành các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giáo d</w:t>
      </w:r>
      <w:r w:rsidRPr="006C690A">
        <w:t>ụ</w:t>
      </w:r>
      <w:r w:rsidRPr="006C690A">
        <w:t>c trên toàn trư</w:t>
      </w:r>
      <w:r w:rsidRPr="006C690A">
        <w:t>ờ</w:t>
      </w:r>
      <w:r w:rsidRPr="006C690A">
        <w:t>ng (g</w:t>
      </w:r>
      <w:r w:rsidRPr="006C690A">
        <w:t>ồ</w:t>
      </w:r>
      <w:r w:rsidRPr="006C690A">
        <w:t>m c</w:t>
      </w:r>
      <w:r w:rsidRPr="006C690A">
        <w:t>ả</w:t>
      </w:r>
      <w:r w:rsidRPr="006C690A">
        <w:t xml:space="preserve"> 2 phân hi</w:t>
      </w:r>
      <w:r w:rsidRPr="006C690A">
        <w:t>ệ</w:t>
      </w:r>
      <w:r w:rsidRPr="006C690A">
        <w:t>u); phân công nhi</w:t>
      </w:r>
      <w:r w:rsidRPr="006C690A">
        <w:t>ệ</w:t>
      </w:r>
      <w:r w:rsidRPr="006C690A">
        <w:t>m v</w:t>
      </w:r>
      <w:r w:rsidRPr="006C690A">
        <w:t>ụ</w:t>
      </w:r>
      <w:r w:rsidRPr="006C690A">
        <w:t xml:space="preserve"> công b</w:t>
      </w:r>
      <w:r w:rsidRPr="006C690A">
        <w:t>ằ</w:t>
      </w:r>
      <w:r w:rsidRPr="006C690A">
        <w:t>ng, phù h</w:t>
      </w:r>
      <w:r w:rsidRPr="006C690A">
        <w:t>ợ</w:t>
      </w:r>
      <w:r w:rsidRPr="006C690A">
        <w:t>p v</w:t>
      </w:r>
      <w:r w:rsidRPr="006C690A">
        <w:t>ớ</w:t>
      </w:r>
      <w:r w:rsidRPr="006C690A">
        <w:t>i năng l</w:t>
      </w:r>
      <w:r w:rsidRPr="006C690A">
        <w:t>ự</w:t>
      </w:r>
      <w:r w:rsidRPr="006C690A">
        <w:t>c chuyên môn và đ</w:t>
      </w:r>
      <w:r w:rsidRPr="006C690A">
        <w:t>ề</w:t>
      </w:r>
      <w:r w:rsidRPr="006C690A">
        <w:t xml:space="preserve"> án v</w:t>
      </w:r>
      <w:r w:rsidRPr="006C690A">
        <w:t>ị</w:t>
      </w:r>
      <w:r w:rsidRPr="006C690A">
        <w:t xml:space="preserve"> trí vi</w:t>
      </w:r>
      <w:r w:rsidRPr="006C690A">
        <w:t>ệ</w:t>
      </w:r>
      <w:r w:rsidRPr="006C690A">
        <w:t>c làm. Lãnh đ</w:t>
      </w:r>
      <w:r w:rsidRPr="006C690A">
        <w:t>ạ</w:t>
      </w:r>
      <w:r w:rsidRPr="006C690A">
        <w:t>o th</w:t>
      </w:r>
      <w:r w:rsidRPr="006C690A">
        <w:t>ự</w:t>
      </w:r>
      <w:r w:rsidRPr="006C690A">
        <w:t>c hi</w:t>
      </w:r>
      <w:r w:rsidRPr="006C690A">
        <w:t>ệ</w:t>
      </w:r>
      <w:r w:rsidRPr="006C690A">
        <w:t>n th</w:t>
      </w:r>
      <w:r w:rsidRPr="006C690A">
        <w:t>ắ</w:t>
      </w:r>
      <w:r w:rsidRPr="006C690A">
        <w:t>ng l</w:t>
      </w:r>
      <w:r w:rsidRPr="006C690A">
        <w:t>ợ</w:t>
      </w:r>
      <w:r w:rsidRPr="006C690A">
        <w:t>i Chương trình GDPT 2018.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Chuy</w:t>
      </w:r>
      <w:r w:rsidRPr="006C690A">
        <w:rPr>
          <w:b/>
        </w:rPr>
        <w:t>ể</w:t>
      </w:r>
      <w:r w:rsidRPr="006C690A">
        <w:rPr>
          <w:b/>
        </w:rPr>
        <w:t>n đ</w:t>
      </w:r>
      <w:r w:rsidRPr="006C690A">
        <w:rPr>
          <w:b/>
        </w:rPr>
        <w:t>ổ</w:t>
      </w:r>
      <w:r w:rsidRPr="006C690A">
        <w:rPr>
          <w:b/>
        </w:rPr>
        <w:t>i s</w:t>
      </w:r>
      <w:r w:rsidRPr="006C690A">
        <w:rPr>
          <w:b/>
        </w:rPr>
        <w:t>ố</w:t>
      </w:r>
      <w:r w:rsidRPr="006C690A">
        <w:rPr>
          <w:b/>
        </w:rPr>
        <w:t xml:space="preserve"> &amp; đ</w:t>
      </w:r>
      <w:r w:rsidRPr="006C690A">
        <w:rPr>
          <w:b/>
        </w:rPr>
        <w:t>ổ</w:t>
      </w:r>
      <w:r w:rsidRPr="006C690A">
        <w:rPr>
          <w:b/>
        </w:rPr>
        <w:t>i m</w:t>
      </w:r>
      <w:r w:rsidRPr="006C690A">
        <w:rPr>
          <w:b/>
        </w:rPr>
        <w:t>ớ</w:t>
      </w:r>
      <w:r w:rsidRPr="006C690A">
        <w:rPr>
          <w:b/>
        </w:rPr>
        <w:t>i sáng t</w:t>
      </w:r>
      <w:r w:rsidRPr="006C690A">
        <w:rPr>
          <w:b/>
        </w:rPr>
        <w:t>ạ</w:t>
      </w:r>
      <w:r w:rsidRPr="006C690A">
        <w:rPr>
          <w:b/>
        </w:rPr>
        <w:t xml:space="preserve">o: </w:t>
      </w:r>
      <w:r w:rsidRPr="006C690A">
        <w:t>Quy</w:t>
      </w:r>
      <w:r w:rsidRPr="006C690A">
        <w:t>ế</w:t>
      </w:r>
      <w:r w:rsidRPr="006C690A">
        <w:t>t li</w:t>
      </w:r>
      <w:r w:rsidRPr="006C690A">
        <w:t>ệ</w:t>
      </w:r>
      <w:r w:rsidRPr="006C690A">
        <w:t>t ch</w:t>
      </w:r>
      <w:r w:rsidRPr="006C690A">
        <w:t>ỉ</w:t>
      </w:r>
      <w:r w:rsidRPr="006C690A">
        <w:t xml:space="preserve"> đ</w:t>
      </w:r>
      <w:r w:rsidRPr="006C690A">
        <w:t>ạ</w:t>
      </w:r>
      <w:r w:rsidRPr="006C690A">
        <w:t>o chuy</w:t>
      </w:r>
      <w:r w:rsidRPr="006C690A">
        <w:t>ể</w:t>
      </w:r>
      <w:r w:rsidRPr="006C690A">
        <w:t>n đ</w:t>
      </w:r>
      <w:r w:rsidRPr="006C690A">
        <w:t>ổ</w:t>
      </w:r>
      <w:r w:rsidRPr="006C690A">
        <w:t>i s</w:t>
      </w:r>
      <w:r w:rsidRPr="006C690A">
        <w:t>ố</w:t>
      </w:r>
      <w:r w:rsidRPr="006C690A">
        <w:t>: hoàn thành 100% h</w:t>
      </w:r>
      <w:r w:rsidRPr="006C690A">
        <w:t>ọ</w:t>
      </w:r>
      <w:r w:rsidRPr="006C690A">
        <w:t>c b</w:t>
      </w:r>
      <w:r w:rsidRPr="006C690A">
        <w:t>ạ</w:t>
      </w:r>
      <w:r w:rsidRPr="006C690A">
        <w:t xml:space="preserve"> s</w:t>
      </w:r>
      <w:r w:rsidRPr="006C690A">
        <w:t>ố</w:t>
      </w:r>
      <w:r w:rsidRPr="006C690A">
        <w:t>, ch</w:t>
      </w:r>
      <w:r w:rsidRPr="006C690A">
        <w:t>ữ</w:t>
      </w:r>
      <w:r w:rsidRPr="006C690A">
        <w:t xml:space="preserve"> ký s</w:t>
      </w:r>
      <w:r w:rsidRPr="006C690A">
        <w:t>ố</w:t>
      </w:r>
      <w:r w:rsidRPr="006C690A">
        <w:t>, h</w:t>
      </w:r>
      <w:r w:rsidRPr="006C690A">
        <w:t>ồ</w:t>
      </w:r>
      <w:r w:rsidRPr="006C690A">
        <w:t xml:space="preserve"> sơ đi</w:t>
      </w:r>
      <w:r w:rsidRPr="006C690A">
        <w:t>ệ</w:t>
      </w:r>
      <w:r w:rsidRPr="006C690A">
        <w:t>n t</w:t>
      </w:r>
      <w:r w:rsidRPr="006C690A">
        <w:t>ử</w:t>
      </w:r>
      <w:r w:rsidRPr="006C690A">
        <w:t xml:space="preserve"> vnEdu, thanh toán không dùng ti</w:t>
      </w:r>
      <w:r w:rsidRPr="006C690A">
        <w:t>ề</w:t>
      </w:r>
      <w:r w:rsidRPr="006C690A">
        <w:t>n m</w:t>
      </w:r>
      <w:r w:rsidRPr="006C690A">
        <w:t>ặ</w:t>
      </w:r>
      <w:r w:rsidRPr="006C690A">
        <w:t>t (thu BHYT đ</w:t>
      </w:r>
      <w:r w:rsidRPr="006C690A">
        <w:t>ạ</w:t>
      </w:r>
      <w:r w:rsidRPr="006C690A">
        <w:t>t 100%). T</w:t>
      </w:r>
      <w:r w:rsidRPr="006C690A">
        <w:t>ừ</w:t>
      </w:r>
      <w:r w:rsidRPr="006C690A">
        <w:t>ng bư</w:t>
      </w:r>
      <w:r w:rsidRPr="006C690A">
        <w:t>ớ</w:t>
      </w:r>
      <w:r w:rsidRPr="006C690A">
        <w:t>c đ</w:t>
      </w:r>
      <w:r w:rsidRPr="006C690A">
        <w:t>ị</w:t>
      </w:r>
      <w:r w:rsidRPr="006C690A">
        <w:t>nh hư</w:t>
      </w:r>
      <w:r w:rsidRPr="006C690A">
        <w:t>ớ</w:t>
      </w:r>
      <w:r w:rsidRPr="006C690A">
        <w:t xml:space="preserve">ng giáo viên </w:t>
      </w:r>
      <w:r w:rsidRPr="006C690A">
        <w:t>ứ</w:t>
      </w:r>
      <w:r w:rsidRPr="006C690A">
        <w:t>ng d</w:t>
      </w:r>
      <w:r w:rsidRPr="006C690A">
        <w:t>ụ</w:t>
      </w:r>
      <w:r w:rsidRPr="006C690A">
        <w:t>ng CNTT và Trí tu</w:t>
      </w:r>
      <w:r w:rsidRPr="006C690A">
        <w:t>ệ</w:t>
      </w:r>
      <w:r w:rsidRPr="006C690A">
        <w:t xml:space="preserve"> nhân t</w:t>
      </w:r>
      <w:r w:rsidRPr="006C690A">
        <w:t>ạ</w:t>
      </w:r>
      <w:r w:rsidRPr="006C690A">
        <w:t>o (AI) trong thi</w:t>
      </w:r>
      <w:r w:rsidRPr="006C690A">
        <w:t>ế</w:t>
      </w:r>
      <w:r w:rsidRPr="006C690A">
        <w:t>t k</w:t>
      </w:r>
      <w:r w:rsidRPr="006C690A">
        <w:t>ế</w:t>
      </w:r>
      <w:r w:rsidRPr="006C690A">
        <w:t xml:space="preserve">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d</w:t>
      </w:r>
      <w:r w:rsidRPr="006C690A">
        <w:t>ạ</w:t>
      </w:r>
      <w:r w:rsidRPr="006C690A">
        <w:t>y h</w:t>
      </w:r>
      <w:r w:rsidRPr="006C690A">
        <w:t>ọ</w:t>
      </w:r>
      <w:r w:rsidRPr="006C690A">
        <w:t>c.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Qu</w:t>
      </w:r>
      <w:r w:rsidRPr="006C690A">
        <w:rPr>
          <w:b/>
        </w:rPr>
        <w:t>ả</w:t>
      </w:r>
      <w:r w:rsidRPr="006C690A">
        <w:rPr>
          <w:b/>
        </w:rPr>
        <w:t>n lý</w:t>
      </w:r>
      <w:r w:rsidRPr="006C690A">
        <w:rPr>
          <w:b/>
        </w:rPr>
        <w:t xml:space="preserve"> tài chính &amp; cơ s</w:t>
      </w:r>
      <w:r w:rsidRPr="006C690A">
        <w:rPr>
          <w:b/>
        </w:rPr>
        <w:t>ở</w:t>
      </w:r>
      <w:r w:rsidRPr="006C690A">
        <w:rPr>
          <w:b/>
        </w:rPr>
        <w:t xml:space="preserve"> v</w:t>
      </w:r>
      <w:r w:rsidRPr="006C690A">
        <w:rPr>
          <w:b/>
        </w:rPr>
        <w:t>ậ</w:t>
      </w:r>
      <w:r w:rsidRPr="006C690A">
        <w:rPr>
          <w:b/>
        </w:rPr>
        <w:t>t ch</w:t>
      </w:r>
      <w:r w:rsidRPr="006C690A">
        <w:rPr>
          <w:b/>
        </w:rPr>
        <w:t>ấ</w:t>
      </w:r>
      <w:r w:rsidRPr="006C690A">
        <w:rPr>
          <w:b/>
        </w:rPr>
        <w:t xml:space="preserve">t: </w:t>
      </w:r>
      <w:r w:rsidRPr="006C690A">
        <w:t>Ch</w:t>
      </w:r>
      <w:r w:rsidRPr="006C690A">
        <w:t>ỉ</w:t>
      </w:r>
      <w:r w:rsidRPr="006C690A">
        <w:t xml:space="preserve"> đ</w:t>
      </w:r>
      <w:r w:rsidRPr="006C690A">
        <w:t>ạ</w:t>
      </w:r>
      <w:r w:rsidRPr="006C690A">
        <w:t>o qu</w:t>
      </w:r>
      <w:r w:rsidRPr="006C690A">
        <w:t>ả</w:t>
      </w:r>
      <w:r w:rsidRPr="006C690A">
        <w:t>n lý ngân sách và tài s</w:t>
      </w:r>
      <w:r w:rsidRPr="006C690A">
        <w:t>ả</w:t>
      </w:r>
      <w:r w:rsidRPr="006C690A">
        <w:t>n công ch</w:t>
      </w:r>
      <w:r w:rsidRPr="006C690A">
        <w:t>ặ</w:t>
      </w:r>
      <w:r w:rsidRPr="006C690A">
        <w:t>t ch</w:t>
      </w:r>
      <w:r w:rsidRPr="006C690A">
        <w:t>ẽ</w:t>
      </w:r>
      <w:r w:rsidRPr="006C690A">
        <w:t>, đúng đ</w:t>
      </w:r>
      <w:r w:rsidRPr="006C690A">
        <w:t>ị</w:t>
      </w:r>
      <w:r w:rsidRPr="006C690A">
        <w:t>nh m</w:t>
      </w:r>
      <w:r w:rsidRPr="006C690A">
        <w:t>ứ</w:t>
      </w:r>
      <w:r w:rsidRPr="006C690A">
        <w:t>c; chi tr</w:t>
      </w:r>
      <w:r w:rsidRPr="006C690A">
        <w:t>ả</w:t>
      </w:r>
      <w:r w:rsidRPr="006C690A">
        <w:t xml:space="preserve"> đ</w:t>
      </w:r>
      <w:r w:rsidRPr="006C690A">
        <w:t>ầ</w:t>
      </w:r>
      <w:r w:rsidRPr="006C690A">
        <w:t>y đ</w:t>
      </w:r>
      <w:r w:rsidRPr="006C690A">
        <w:t>ủ</w:t>
      </w:r>
      <w:r w:rsidRPr="006C690A">
        <w:t>, k</w:t>
      </w:r>
      <w:r w:rsidRPr="006C690A">
        <w:t>ị</w:t>
      </w:r>
      <w:r w:rsidRPr="006C690A">
        <w:t>p th</w:t>
      </w:r>
      <w:r w:rsidRPr="006C690A">
        <w:t>ờ</w:t>
      </w:r>
      <w:r w:rsidRPr="006C690A">
        <w:t>i các ch</w:t>
      </w:r>
      <w:r w:rsidRPr="006C690A">
        <w:t>ế</w:t>
      </w:r>
      <w:r w:rsidRPr="006C690A">
        <w:t xml:space="preserve"> đ</w:t>
      </w:r>
      <w:r w:rsidRPr="006C690A">
        <w:t>ộ</w:t>
      </w:r>
      <w:r w:rsidRPr="006C690A">
        <w:t xml:space="preserve"> ph</w:t>
      </w:r>
      <w:r w:rsidRPr="006C690A">
        <w:t>ụ</w:t>
      </w:r>
      <w:r w:rsidRPr="006C690A">
        <w:t xml:space="preserve"> c</w:t>
      </w:r>
      <w:r w:rsidRPr="006C690A">
        <w:t>ấ</w:t>
      </w:r>
      <w:r w:rsidRPr="006C690A">
        <w:t>p ngh</w:t>
      </w:r>
      <w:r w:rsidRPr="006C690A">
        <w:t>ề</w:t>
      </w:r>
      <w:r w:rsidRPr="006C690A">
        <w:t>, ti</w:t>
      </w:r>
      <w:r w:rsidRPr="006C690A">
        <w:t>ề</w:t>
      </w:r>
      <w:r w:rsidRPr="006C690A">
        <w:t>n lương; đ</w:t>
      </w:r>
      <w:r w:rsidRPr="006C690A">
        <w:t>ề</w:t>
      </w:r>
      <w:r w:rsidRPr="006C690A">
        <w:t xml:space="preserve"> xu</w:t>
      </w:r>
      <w:r w:rsidRPr="006C690A">
        <w:t>ấ</w:t>
      </w:r>
      <w:r w:rsidRPr="006C690A">
        <w:t>t nâng lương trư</w:t>
      </w:r>
      <w:r w:rsidRPr="006C690A">
        <w:t>ớ</w:t>
      </w:r>
      <w:r w:rsidRPr="006C690A">
        <w:t>c h</w:t>
      </w:r>
      <w:r w:rsidRPr="006C690A">
        <w:t>ạ</w:t>
      </w:r>
      <w:r w:rsidRPr="006C690A">
        <w:t>n đúng đ</w:t>
      </w:r>
      <w:r w:rsidRPr="006C690A">
        <w:t>ố</w:t>
      </w:r>
      <w:r w:rsidRPr="006C690A">
        <w:t>i tư</w:t>
      </w:r>
      <w:r w:rsidRPr="006C690A">
        <w:t>ợ</w:t>
      </w:r>
      <w:r w:rsidRPr="006C690A">
        <w:t>ng cho 10 giáo viên; không đ</w:t>
      </w:r>
      <w:r w:rsidRPr="006C690A">
        <w:t>ể</w:t>
      </w:r>
      <w:r w:rsidRPr="006C690A">
        <w:t xml:space="preserve"> x</w:t>
      </w:r>
      <w:r w:rsidRPr="006C690A">
        <w:t>ả</w:t>
      </w:r>
      <w:r w:rsidRPr="006C690A">
        <w:t>y ra n</w:t>
      </w:r>
      <w:r w:rsidRPr="006C690A">
        <w:t>ợ</w:t>
      </w:r>
      <w:r w:rsidRPr="006C690A">
        <w:t xml:space="preserve"> đ</w:t>
      </w:r>
      <w:r w:rsidRPr="006C690A">
        <w:t>ọ</w:t>
      </w:r>
      <w:r w:rsidRPr="006C690A">
        <w:t>ng hay sai ph</w:t>
      </w:r>
      <w:r w:rsidRPr="006C690A">
        <w:t>ạ</w:t>
      </w:r>
      <w:r w:rsidRPr="006C690A">
        <w:t>m</w:t>
      </w:r>
      <w:r w:rsidRPr="006C690A">
        <w:t xml:space="preserve"> tài chính.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2. T</w:t>
      </w:r>
      <w:r w:rsidRPr="006C690A">
        <w:rPr>
          <w:b/>
          <w:color w:val="2F5597"/>
          <w:sz w:val="24"/>
        </w:rPr>
        <w:t>ồ</w:t>
      </w:r>
      <w:r w:rsidRPr="006C690A">
        <w:rPr>
          <w:b/>
          <w:color w:val="2F5597"/>
          <w:sz w:val="24"/>
        </w:rPr>
        <w:t>n t</w:t>
      </w:r>
      <w:r w:rsidRPr="006C690A">
        <w:rPr>
          <w:b/>
          <w:color w:val="2F5597"/>
          <w:sz w:val="24"/>
        </w:rPr>
        <w:t>ạ</w:t>
      </w:r>
      <w:r w:rsidRPr="006C690A">
        <w:rPr>
          <w:b/>
          <w:color w:val="2F5597"/>
          <w:sz w:val="24"/>
        </w:rPr>
        <w:t>i, h</w:t>
      </w:r>
      <w:r w:rsidRPr="006C690A">
        <w:rPr>
          <w:b/>
          <w:color w:val="2F5597"/>
          <w:sz w:val="24"/>
        </w:rPr>
        <w:t>ạ</w:t>
      </w:r>
      <w:r w:rsidRPr="006C690A">
        <w:rPr>
          <w:b/>
          <w:color w:val="2F5597"/>
          <w:sz w:val="24"/>
        </w:rPr>
        <w:t>n ch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 xml:space="preserve"> và nguyên nhân c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>a Ngư</w:t>
      </w:r>
      <w:r w:rsidRPr="006C690A">
        <w:rPr>
          <w:b/>
          <w:color w:val="2F5597"/>
          <w:sz w:val="24"/>
        </w:rPr>
        <w:t>ờ</w:t>
      </w:r>
      <w:r w:rsidRPr="006C690A">
        <w:rPr>
          <w:b/>
          <w:color w:val="2F5597"/>
          <w:sz w:val="24"/>
        </w:rPr>
        <w:t>i đ</w:t>
      </w:r>
      <w:r w:rsidRPr="006C690A">
        <w:rPr>
          <w:b/>
          <w:color w:val="2F5597"/>
          <w:sz w:val="24"/>
        </w:rPr>
        <w:t>ứ</w:t>
      </w:r>
      <w:r w:rsidRPr="006C690A">
        <w:rPr>
          <w:b/>
          <w:color w:val="2F5597"/>
          <w:sz w:val="24"/>
        </w:rPr>
        <w:t>ng đ</w:t>
      </w:r>
      <w:r w:rsidRPr="006C690A">
        <w:rPr>
          <w:b/>
          <w:color w:val="2F5597"/>
          <w:sz w:val="24"/>
        </w:rPr>
        <w:t>ầ</w:t>
      </w:r>
      <w:r w:rsidRPr="006C690A">
        <w:rPr>
          <w:b/>
          <w:color w:val="2F5597"/>
          <w:sz w:val="24"/>
        </w:rPr>
        <w:t>u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H</w:t>
      </w:r>
      <w:r w:rsidRPr="006C690A">
        <w:rPr>
          <w:b/>
        </w:rPr>
        <w:t>ạ</w:t>
      </w:r>
      <w:r w:rsidRPr="006C690A">
        <w:rPr>
          <w:b/>
        </w:rPr>
        <w:t>n ch</w:t>
      </w:r>
      <w:r w:rsidRPr="006C690A">
        <w:rPr>
          <w:b/>
        </w:rPr>
        <w:t>ế</w:t>
      </w:r>
      <w:r w:rsidRPr="006C690A">
        <w:rPr>
          <w:b/>
        </w:rPr>
        <w:t xml:space="preserve"> v</w:t>
      </w:r>
      <w:r w:rsidRPr="006C690A">
        <w:rPr>
          <w:b/>
        </w:rPr>
        <w:t>ề</w:t>
      </w:r>
      <w:r w:rsidRPr="006C690A">
        <w:rPr>
          <w:b/>
        </w:rPr>
        <w:t xml:space="preserve"> ch</w:t>
      </w:r>
      <w:r w:rsidRPr="006C690A">
        <w:rPr>
          <w:b/>
        </w:rPr>
        <w:t>ỉ</w:t>
      </w:r>
      <w:r w:rsidRPr="006C690A">
        <w:rPr>
          <w:b/>
        </w:rPr>
        <w:t xml:space="preserve"> tiêu mũi nh</w:t>
      </w:r>
      <w:r w:rsidRPr="006C690A">
        <w:rPr>
          <w:b/>
        </w:rPr>
        <w:t>ọ</w:t>
      </w:r>
      <w:r w:rsidRPr="006C690A">
        <w:rPr>
          <w:b/>
        </w:rPr>
        <w:t xml:space="preserve">n: </w:t>
      </w:r>
      <w:r w:rsidRPr="006C690A">
        <w:t>Ch</w:t>
      </w:r>
      <w:r w:rsidRPr="006C690A">
        <w:t>ỉ</w:t>
      </w:r>
      <w:r w:rsidRPr="006C690A">
        <w:t xml:space="preserve"> đ</w:t>
      </w:r>
      <w:r w:rsidRPr="006C690A">
        <w:t>ạ</w:t>
      </w:r>
      <w:r w:rsidRPr="006C690A">
        <w:t>o công tác b</w:t>
      </w:r>
      <w:r w:rsidRPr="006C690A">
        <w:t>ồ</w:t>
      </w:r>
      <w:r w:rsidRPr="006C690A">
        <w:t>i dư</w:t>
      </w:r>
      <w:r w:rsidRPr="006C690A">
        <w:t>ỡ</w:t>
      </w:r>
      <w:r w:rsidRPr="006C690A">
        <w:t>ng h</w:t>
      </w:r>
      <w:r w:rsidRPr="006C690A">
        <w:t>ọ</w:t>
      </w:r>
      <w:r w:rsidRPr="006C690A">
        <w:t>c sinh gi</w:t>
      </w:r>
      <w:r w:rsidRPr="006C690A">
        <w:t>ỏ</w:t>
      </w:r>
      <w:r w:rsidRPr="006C690A">
        <w:t>i c</w:t>
      </w:r>
      <w:r w:rsidRPr="006C690A">
        <w:t>ấ</w:t>
      </w:r>
      <w:r w:rsidRPr="006C690A">
        <w:t>p t</w:t>
      </w:r>
      <w:r w:rsidRPr="006C690A">
        <w:t>ỉ</w:t>
      </w:r>
      <w:r w:rsidRPr="006C690A">
        <w:t xml:space="preserve">nh </w:t>
      </w:r>
      <w:r w:rsidRPr="006C690A">
        <w:t>ở</w:t>
      </w:r>
      <w:r w:rsidRPr="006C690A">
        <w:t xml:space="preserve"> c</w:t>
      </w:r>
      <w:r w:rsidRPr="006C690A">
        <w:t>ấ</w:t>
      </w:r>
      <w:r w:rsidRPr="006C690A">
        <w:t>p THPT chưa đ</w:t>
      </w:r>
      <w:r w:rsidRPr="006C690A">
        <w:t>ạ</w:t>
      </w:r>
      <w:r w:rsidRPr="006C690A">
        <w:t>t m</w:t>
      </w:r>
      <w:r w:rsidRPr="006C690A">
        <w:t>ụ</w:t>
      </w:r>
      <w:r w:rsidRPr="006C690A">
        <w:t>c tiêu đ</w:t>
      </w:r>
      <w:r w:rsidRPr="006C690A">
        <w:t>ề</w:t>
      </w:r>
      <w:r w:rsidRPr="006C690A">
        <w:t xml:space="preserve"> ra (đ</w:t>
      </w:r>
      <w:r w:rsidRPr="006C690A">
        <w:t>ạ</w:t>
      </w:r>
      <w:r w:rsidRPr="006C690A">
        <w:t>t 14/30 gi</w:t>
      </w:r>
      <w:r w:rsidRPr="006C690A">
        <w:t>ả</w:t>
      </w:r>
      <w:r w:rsidRPr="006C690A">
        <w:t>i); t</w:t>
      </w:r>
      <w:r w:rsidRPr="006C690A">
        <w:t>ỷ</w:t>
      </w:r>
      <w:r w:rsidRPr="006C690A">
        <w:t xml:space="preserve"> l</w:t>
      </w:r>
      <w:r w:rsidRPr="006C690A">
        <w:t>ệ</w:t>
      </w:r>
      <w:r w:rsidRPr="006C690A">
        <w:t xml:space="preserve"> tuy</w:t>
      </w:r>
      <w:r w:rsidRPr="006C690A">
        <w:t>ể</w:t>
      </w:r>
      <w:r w:rsidRPr="006C690A">
        <w:t xml:space="preserve">n sinh vào 10 </w:t>
      </w:r>
      <w:r w:rsidRPr="006C690A">
        <w:t>ở</w:t>
      </w:r>
      <w:r w:rsidRPr="006C690A">
        <w:t xml:space="preserve"> Phân hi</w:t>
      </w:r>
      <w:r w:rsidRPr="006C690A">
        <w:t>ệ</w:t>
      </w:r>
      <w:r w:rsidRPr="006C690A">
        <w:t>u 1 còn suýt soát (79.5</w:t>
      </w:r>
      <w:r w:rsidRPr="006C690A">
        <w:t>%/80%).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H</w:t>
      </w:r>
      <w:r w:rsidRPr="006C690A">
        <w:rPr>
          <w:b/>
        </w:rPr>
        <w:t>ạ</w:t>
      </w:r>
      <w:r w:rsidRPr="006C690A">
        <w:rPr>
          <w:b/>
        </w:rPr>
        <w:t>n ch</w:t>
      </w:r>
      <w:r w:rsidRPr="006C690A">
        <w:rPr>
          <w:b/>
        </w:rPr>
        <w:t>ế</w:t>
      </w:r>
      <w:r w:rsidRPr="006C690A">
        <w:rPr>
          <w:b/>
        </w:rPr>
        <w:t xml:space="preserve"> v</w:t>
      </w:r>
      <w:r w:rsidRPr="006C690A">
        <w:rPr>
          <w:b/>
        </w:rPr>
        <w:t>ề</w:t>
      </w:r>
      <w:r w:rsidRPr="006C690A">
        <w:rPr>
          <w:b/>
        </w:rPr>
        <w:t xml:space="preserve"> đi</w:t>
      </w:r>
      <w:r w:rsidRPr="006C690A">
        <w:rPr>
          <w:b/>
        </w:rPr>
        <w:t>ề</w:t>
      </w:r>
      <w:r w:rsidRPr="006C690A">
        <w:rPr>
          <w:b/>
        </w:rPr>
        <w:t>u hành ph</w:t>
      </w:r>
      <w:r w:rsidRPr="006C690A">
        <w:rPr>
          <w:b/>
        </w:rPr>
        <w:t>ố</w:t>
      </w:r>
      <w:r w:rsidRPr="006C690A">
        <w:rPr>
          <w:b/>
        </w:rPr>
        <w:t>i h</w:t>
      </w:r>
      <w:r w:rsidRPr="006C690A">
        <w:rPr>
          <w:b/>
        </w:rPr>
        <w:t>ợ</w:t>
      </w:r>
      <w:r w:rsidRPr="006C690A">
        <w:rPr>
          <w:b/>
        </w:rPr>
        <w:t xml:space="preserve">p: </w:t>
      </w:r>
      <w:r w:rsidRPr="006C690A">
        <w:t>Công tác ki</w:t>
      </w:r>
      <w:r w:rsidRPr="006C690A">
        <w:t>ể</w:t>
      </w:r>
      <w:r w:rsidRPr="006C690A">
        <w:t>m tra, đôn đ</w:t>
      </w:r>
      <w:r w:rsidRPr="006C690A">
        <w:t>ố</w:t>
      </w:r>
      <w:r w:rsidRPr="006C690A">
        <w:t xml:space="preserve">c </w:t>
      </w:r>
      <w:r w:rsidRPr="006C690A">
        <w:t>ở</w:t>
      </w:r>
      <w:r w:rsidRPr="006C690A">
        <w:t xml:space="preserve"> m</w:t>
      </w:r>
      <w:r w:rsidRPr="006C690A">
        <w:t>ộ</w:t>
      </w:r>
      <w:r w:rsidRPr="006C690A">
        <w:t>t vài th</w:t>
      </w:r>
      <w:r w:rsidRPr="006C690A">
        <w:t>ờ</w:t>
      </w:r>
      <w:r w:rsidRPr="006C690A">
        <w:t>i đi</w:t>
      </w:r>
      <w:r w:rsidRPr="006C690A">
        <w:t>ể</w:t>
      </w:r>
      <w:r w:rsidRPr="006C690A">
        <w:t>m gi</w:t>
      </w:r>
      <w:r w:rsidRPr="006C690A">
        <w:t>ữ</w:t>
      </w:r>
      <w:r w:rsidRPr="006C690A">
        <w:t>a các cơ s</w:t>
      </w:r>
      <w:r w:rsidRPr="006C690A">
        <w:t>ở</w:t>
      </w:r>
      <w:r w:rsidRPr="006C690A">
        <w:t>, phân hi</w:t>
      </w:r>
      <w:r w:rsidRPr="006C690A">
        <w:t>ệ</w:t>
      </w:r>
      <w:r w:rsidRPr="006C690A">
        <w:t>u sau sáp nh</w:t>
      </w:r>
      <w:r w:rsidRPr="006C690A">
        <w:t>ậ</w:t>
      </w:r>
      <w:r w:rsidRPr="006C690A">
        <w:t>p đôi lúc chưa th</w:t>
      </w:r>
      <w:r w:rsidRPr="006C690A">
        <w:t>ậ</w:t>
      </w:r>
      <w:r w:rsidRPr="006C690A">
        <w:t>t nh</w:t>
      </w:r>
      <w:r w:rsidRPr="006C690A">
        <w:t>ị</w:t>
      </w:r>
      <w:r w:rsidRPr="006C690A">
        <w:t>p nhàng; d</w:t>
      </w:r>
      <w:r w:rsidRPr="006C690A">
        <w:t>ữ</w:t>
      </w:r>
      <w:r w:rsidRPr="006C690A">
        <w:t xml:space="preserve"> li</w:t>
      </w:r>
      <w:r w:rsidRPr="006C690A">
        <w:t>ệ</w:t>
      </w:r>
      <w:r w:rsidRPr="006C690A">
        <w:t>u t</w:t>
      </w:r>
      <w:r w:rsidRPr="006C690A">
        <w:t>ổ</w:t>
      </w:r>
      <w:r w:rsidRPr="006C690A">
        <w:t>ng h</w:t>
      </w:r>
      <w:r w:rsidRPr="006C690A">
        <w:t>ợ</w:t>
      </w:r>
      <w:r w:rsidRPr="006C690A">
        <w:t>p thi đua cu</w:t>
      </w:r>
      <w:r w:rsidRPr="006C690A">
        <w:t>ố</w:t>
      </w:r>
      <w:r w:rsidRPr="006C690A">
        <w:t>i năm c</w:t>
      </w:r>
      <w:r w:rsidRPr="006C690A">
        <w:t>ầ</w:t>
      </w:r>
      <w:r w:rsidRPr="006C690A">
        <w:t>n đư</w:t>
      </w:r>
      <w:r w:rsidRPr="006C690A">
        <w:t>ợ</w:t>
      </w:r>
      <w:r w:rsidRPr="006C690A">
        <w:t>c chu</w:t>
      </w:r>
      <w:r w:rsidRPr="006C690A">
        <w:t>ẩ</w:t>
      </w:r>
      <w:r w:rsidRPr="006C690A">
        <w:t>n hóa đ</w:t>
      </w:r>
      <w:r w:rsidRPr="006C690A">
        <w:t>ồ</w:t>
      </w:r>
      <w:r w:rsidRPr="006C690A">
        <w:t>ng b</w:t>
      </w:r>
      <w:r w:rsidRPr="006C690A">
        <w:t>ộ</w:t>
      </w:r>
      <w:r w:rsidRPr="006C690A">
        <w:t xml:space="preserve"> hơn gi</w:t>
      </w:r>
      <w:r w:rsidRPr="006C690A">
        <w:t>ữ</w:t>
      </w:r>
      <w:r w:rsidRPr="006C690A">
        <w:t>a các b</w:t>
      </w:r>
      <w:r w:rsidRPr="006C690A">
        <w:t>ộ</w:t>
      </w:r>
      <w:r w:rsidRPr="006C690A">
        <w:t xml:space="preserve"> ph</w:t>
      </w:r>
      <w:r w:rsidRPr="006C690A">
        <w:t>ậ</w:t>
      </w:r>
      <w:r w:rsidRPr="006C690A">
        <w:t>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Nguyên nhân khách quan &amp; ch</w:t>
      </w:r>
      <w:r w:rsidRPr="006C690A">
        <w:rPr>
          <w:b/>
        </w:rPr>
        <w:t>ủ</w:t>
      </w:r>
      <w:r w:rsidRPr="006C690A">
        <w:rPr>
          <w:b/>
        </w:rPr>
        <w:t xml:space="preserve"> quan: </w:t>
      </w:r>
      <w:r w:rsidRPr="006C690A">
        <w:t>Áp l</w:t>
      </w:r>
      <w:r w:rsidRPr="006C690A">
        <w:t>ự</w:t>
      </w:r>
      <w:r w:rsidRPr="006C690A">
        <w:t>c công vi</w:t>
      </w:r>
      <w:r w:rsidRPr="006C690A">
        <w:t>ệ</w:t>
      </w:r>
      <w:r w:rsidRPr="006C690A">
        <w:t>c hành chính, qu</w:t>
      </w:r>
      <w:r w:rsidRPr="006C690A">
        <w:t>ả</w:t>
      </w:r>
      <w:r w:rsidRPr="006C690A">
        <w:t>n lý sau khi sáp nh</w:t>
      </w:r>
      <w:r w:rsidRPr="006C690A">
        <w:t>ậ</w:t>
      </w:r>
      <w:r w:rsidRPr="006C690A">
        <w:t>p trư</w:t>
      </w:r>
      <w:r w:rsidRPr="006C690A">
        <w:t>ờ</w:t>
      </w:r>
      <w:r w:rsidRPr="006C690A">
        <w:t>ng l</w:t>
      </w:r>
      <w:r w:rsidRPr="006C690A">
        <w:t>ớ</w:t>
      </w:r>
      <w:r w:rsidRPr="006C690A">
        <w:t>p quá l</w:t>
      </w:r>
      <w:r w:rsidRPr="006C690A">
        <w:t>ớ</w:t>
      </w:r>
      <w:r w:rsidRPr="006C690A">
        <w:t>n; đ</w:t>
      </w:r>
      <w:r w:rsidRPr="006C690A">
        <w:t>ị</w:t>
      </w:r>
      <w:r w:rsidRPr="006C690A">
        <w:t>a bàn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tr</w:t>
      </w:r>
      <w:r w:rsidRPr="006C690A">
        <w:t>ả</w:t>
      </w:r>
      <w:r w:rsidRPr="006C690A">
        <w:t>i r</w:t>
      </w:r>
      <w:r w:rsidRPr="006C690A">
        <w:t>ộ</w:t>
      </w:r>
      <w:r w:rsidRPr="006C690A">
        <w:t>ng trên nhi</w:t>
      </w:r>
      <w:r w:rsidRPr="006C690A">
        <w:t>ề</w:t>
      </w:r>
      <w:r w:rsidRPr="006C690A">
        <w:t>u cơ s</w:t>
      </w:r>
      <w:r w:rsidRPr="006C690A">
        <w:t>ở</w:t>
      </w:r>
      <w:r w:rsidRPr="006C690A">
        <w:t>; cơ c</w:t>
      </w:r>
      <w:r w:rsidRPr="006C690A">
        <w:t>ấ</w:t>
      </w:r>
      <w:r w:rsidRPr="006C690A">
        <w:t>u giáo viên còn thi</w:t>
      </w:r>
      <w:r w:rsidRPr="006C690A">
        <w:t>ế</w:t>
      </w:r>
      <w:r w:rsidRPr="006C690A">
        <w:t>u c</w:t>
      </w:r>
      <w:r w:rsidRPr="006C690A">
        <w:t>ụ</w:t>
      </w:r>
      <w:r w:rsidRPr="006C690A">
        <w:t>c b</w:t>
      </w:r>
      <w:r w:rsidRPr="006C690A">
        <w:t>ộ</w:t>
      </w:r>
      <w:r w:rsidRPr="006C690A">
        <w:t xml:space="preserve"> (đ</w:t>
      </w:r>
      <w:r w:rsidRPr="006C690A">
        <w:t>ặ</w:t>
      </w:r>
      <w:r w:rsidRPr="006C690A">
        <w:t>c bi</w:t>
      </w:r>
      <w:r w:rsidRPr="006C690A">
        <w:t>ệ</w:t>
      </w:r>
      <w:r w:rsidRPr="006C690A">
        <w:t>t là thi</w:t>
      </w:r>
      <w:r w:rsidRPr="006C690A">
        <w:t>ế</w:t>
      </w:r>
      <w:r w:rsidRPr="006C690A">
        <w:t>u nhân viên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thí nghi</w:t>
      </w:r>
      <w:r w:rsidRPr="006C690A">
        <w:t>ệ</w:t>
      </w:r>
      <w:r w:rsidRPr="006C690A">
        <w:t>m).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3. Phương hư</w:t>
      </w:r>
      <w:r w:rsidRPr="006C690A">
        <w:rPr>
          <w:b/>
          <w:color w:val="2F5597"/>
          <w:sz w:val="24"/>
        </w:rPr>
        <w:t>ớ</w:t>
      </w:r>
      <w:r w:rsidRPr="006C690A">
        <w:rPr>
          <w:b/>
          <w:color w:val="2F5597"/>
          <w:sz w:val="24"/>
        </w:rPr>
        <w:t>ng,</w:t>
      </w:r>
      <w:r w:rsidRPr="006C690A">
        <w:rPr>
          <w:b/>
          <w:color w:val="2F5597"/>
          <w:sz w:val="24"/>
        </w:rPr>
        <w:t xml:space="preserve"> nhi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m v</w:t>
      </w:r>
      <w:r w:rsidRPr="006C690A">
        <w:rPr>
          <w:b/>
          <w:color w:val="2F5597"/>
          <w:sz w:val="24"/>
        </w:rPr>
        <w:t>ụ</w:t>
      </w:r>
      <w:r w:rsidRPr="006C690A">
        <w:rPr>
          <w:b/>
          <w:color w:val="2F5597"/>
          <w:sz w:val="24"/>
        </w:rPr>
        <w:t xml:space="preserve"> tr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ng tâm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2026-2027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Nêu gương &amp; hoàn thi</w:t>
      </w:r>
      <w:r w:rsidRPr="006C690A">
        <w:rPr>
          <w:b/>
        </w:rPr>
        <w:t>ệ</w:t>
      </w:r>
      <w:r w:rsidRPr="006C690A">
        <w:rPr>
          <w:b/>
        </w:rPr>
        <w:t>n nhân s</w:t>
      </w:r>
      <w:r w:rsidRPr="006C690A">
        <w:rPr>
          <w:b/>
        </w:rPr>
        <w:t>ự</w:t>
      </w:r>
      <w:r w:rsidRPr="006C690A">
        <w:rPr>
          <w:b/>
        </w:rPr>
        <w:t xml:space="preserve">: </w:t>
      </w:r>
      <w:r w:rsidRPr="006C690A">
        <w:t>Ti</w:t>
      </w:r>
      <w:r w:rsidRPr="006C690A">
        <w:t>ế</w:t>
      </w:r>
      <w:r w:rsidRPr="006C690A">
        <w:t>p t</w:t>
      </w:r>
      <w:r w:rsidRPr="006C690A">
        <w:t>ụ</w:t>
      </w:r>
      <w:r w:rsidRPr="006C690A">
        <w:t>c phát huy trách nhi</w:t>
      </w:r>
      <w:r w:rsidRPr="006C690A">
        <w:t>ệ</w:t>
      </w:r>
      <w:r w:rsidRPr="006C690A">
        <w:t>m nêu gương; ki</w:t>
      </w:r>
      <w:r w:rsidRPr="006C690A">
        <w:t>ệ</w:t>
      </w:r>
      <w:r w:rsidRPr="006C690A">
        <w:t>n toàn t</w:t>
      </w:r>
      <w:r w:rsidRPr="006C690A">
        <w:t>ổ</w:t>
      </w:r>
      <w:r w:rsidRPr="006C690A">
        <w:t xml:space="preserve"> ch</w:t>
      </w:r>
      <w:r w:rsidRPr="006C690A">
        <w:t>ứ</w:t>
      </w:r>
      <w:r w:rsidRPr="006C690A">
        <w:t>c b</w:t>
      </w:r>
      <w:r w:rsidRPr="006C690A">
        <w:t>ộ</w:t>
      </w:r>
      <w:r w:rsidRPr="006C690A">
        <w:t xml:space="preserve"> máy, kh</w:t>
      </w:r>
      <w:r w:rsidRPr="006C690A">
        <w:t>ắ</w:t>
      </w:r>
      <w:r w:rsidRPr="006C690A">
        <w:t>c ph</w:t>
      </w:r>
      <w:r w:rsidRPr="006C690A">
        <w:t>ụ</w:t>
      </w:r>
      <w:r w:rsidRPr="006C690A">
        <w:t>c d</w:t>
      </w:r>
      <w:r w:rsidRPr="006C690A">
        <w:t>ứ</w:t>
      </w:r>
      <w:r w:rsidRPr="006C690A">
        <w:t>t đi</w:t>
      </w:r>
      <w:r w:rsidRPr="006C690A">
        <w:t>ể</w:t>
      </w:r>
      <w:r w:rsidRPr="006C690A">
        <w:t>m tình tr</w:t>
      </w:r>
      <w:r w:rsidRPr="006C690A">
        <w:t>ạ</w:t>
      </w:r>
      <w:r w:rsidRPr="006C690A">
        <w:t>ng thi</w:t>
      </w:r>
      <w:r w:rsidRPr="006C690A">
        <w:t>ế</w:t>
      </w:r>
      <w:r w:rsidRPr="006C690A">
        <w:t>u nhân viên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thí nghi</w:t>
      </w:r>
      <w:r w:rsidRPr="006C690A">
        <w:t>ệ</w:t>
      </w:r>
      <w:r w:rsidRPr="006C690A">
        <w:t>m.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lastRenderedPageBreak/>
        <w:t>Đ</w:t>
      </w:r>
      <w:r w:rsidRPr="006C690A">
        <w:rPr>
          <w:b/>
        </w:rPr>
        <w:t>ộ</w:t>
      </w:r>
      <w:r w:rsidRPr="006C690A">
        <w:rPr>
          <w:b/>
        </w:rPr>
        <w:t>t phá ch</w:t>
      </w:r>
      <w:r w:rsidRPr="006C690A">
        <w:rPr>
          <w:b/>
        </w:rPr>
        <w:t>ấ</w:t>
      </w:r>
      <w:r w:rsidRPr="006C690A">
        <w:rPr>
          <w:b/>
        </w:rPr>
        <w:t>t lư</w:t>
      </w:r>
      <w:r w:rsidRPr="006C690A">
        <w:rPr>
          <w:b/>
        </w:rPr>
        <w:t>ợ</w:t>
      </w:r>
      <w:r w:rsidRPr="006C690A">
        <w:rPr>
          <w:b/>
        </w:rPr>
        <w:t xml:space="preserve">ng &amp; STEM: </w:t>
      </w:r>
      <w:r w:rsidRPr="006C690A">
        <w:t>T</w:t>
      </w:r>
      <w:r w:rsidRPr="006C690A">
        <w:t>ậ</w:t>
      </w:r>
      <w:r w:rsidRPr="006C690A">
        <w:t>p trung ch</w:t>
      </w:r>
      <w:r w:rsidRPr="006C690A">
        <w:t>ỉ</w:t>
      </w:r>
      <w:r w:rsidRPr="006C690A">
        <w:t xml:space="preserve"> đ</w:t>
      </w:r>
      <w:r w:rsidRPr="006C690A">
        <w:t>ạ</w:t>
      </w:r>
      <w:r w:rsidRPr="006C690A">
        <w:t>o đ</w:t>
      </w:r>
      <w:r w:rsidRPr="006C690A">
        <w:t>ộ</w:t>
      </w:r>
      <w:r w:rsidRPr="006C690A">
        <w:t>t phá</w:t>
      </w:r>
      <w:r w:rsidRPr="006C690A">
        <w:t xml:space="preserve"> nâng cao ch</w:t>
      </w:r>
      <w:r w:rsidRPr="006C690A">
        <w:t>ấ</w:t>
      </w:r>
      <w:r w:rsidRPr="006C690A">
        <w:t>t lư</w:t>
      </w:r>
      <w:r w:rsidRPr="006C690A">
        <w:t>ợ</w:t>
      </w:r>
      <w:r w:rsidRPr="006C690A">
        <w:t>ng mũi nh</w:t>
      </w:r>
      <w:r w:rsidRPr="006C690A">
        <w:t>ọ</w:t>
      </w:r>
      <w:r w:rsidRPr="006C690A">
        <w:t>n thi HSG c</w:t>
      </w:r>
      <w:r w:rsidRPr="006C690A">
        <w:t>ấ</w:t>
      </w:r>
      <w:r w:rsidRPr="006C690A">
        <w:t>p t</w:t>
      </w:r>
      <w:r w:rsidRPr="006C690A">
        <w:t>ỉ</w:t>
      </w:r>
      <w:r w:rsidRPr="006C690A">
        <w:t>nh và nghiên c</w:t>
      </w:r>
      <w:r w:rsidRPr="006C690A">
        <w:t>ứ</w:t>
      </w:r>
      <w:r w:rsidRPr="006C690A">
        <w:t>u KHKT; đ</w:t>
      </w:r>
      <w:r w:rsidRPr="006C690A">
        <w:t>ẩ</w:t>
      </w:r>
      <w:r w:rsidRPr="006C690A">
        <w:t>y m</w:t>
      </w:r>
      <w:r w:rsidRPr="006C690A">
        <w:t>ạ</w:t>
      </w:r>
      <w:r w:rsidRPr="006C690A">
        <w:t>nh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tr</w:t>
      </w:r>
      <w:r w:rsidRPr="006C690A">
        <w:t>ả</w:t>
      </w:r>
      <w:r w:rsidRPr="006C690A">
        <w:t>i nghi</w:t>
      </w:r>
      <w:r w:rsidRPr="006C690A">
        <w:t>ệ</w:t>
      </w:r>
      <w:r w:rsidRPr="006C690A">
        <w:t>m, giáo d</w:t>
      </w:r>
      <w:r w:rsidRPr="006C690A">
        <w:t>ụ</w:t>
      </w:r>
      <w:r w:rsidRPr="006C690A">
        <w:t>c STEM và đ</w:t>
      </w:r>
      <w:r w:rsidRPr="006C690A">
        <w:t>ổ</w:t>
      </w:r>
      <w:r w:rsidRPr="006C690A">
        <w:t>i m</w:t>
      </w:r>
      <w:r w:rsidRPr="006C690A">
        <w:t>ớ</w:t>
      </w:r>
      <w:r w:rsidRPr="006C690A">
        <w:t>i phương pháp gi</w:t>
      </w:r>
      <w:r w:rsidRPr="006C690A">
        <w:t>ả</w:t>
      </w:r>
      <w:r w:rsidRPr="006C690A">
        <w:t>ng d</w:t>
      </w:r>
      <w:r w:rsidRPr="006C690A">
        <w:t>ạ</w:t>
      </w:r>
      <w:r w:rsidRPr="006C690A">
        <w:t>y b</w:t>
      </w:r>
      <w:r w:rsidRPr="006C690A">
        <w:t>ộ</w:t>
      </w:r>
      <w:r w:rsidRPr="006C690A">
        <w:t xml:space="preserve"> môn Khoa h</w:t>
      </w:r>
      <w:r w:rsidRPr="006C690A">
        <w:t>ọ</w:t>
      </w:r>
      <w:r w:rsidRPr="006C690A">
        <w:t>c t</w:t>
      </w:r>
      <w:r w:rsidRPr="006C690A">
        <w:t>ự</w:t>
      </w:r>
      <w:r w:rsidRPr="006C690A">
        <w:t xml:space="preserve"> nhiên.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Chuy</w:t>
      </w:r>
      <w:r w:rsidRPr="006C690A">
        <w:rPr>
          <w:b/>
        </w:rPr>
        <w:t>ể</w:t>
      </w:r>
      <w:r w:rsidRPr="006C690A">
        <w:rPr>
          <w:b/>
        </w:rPr>
        <w:t>n đ</w:t>
      </w:r>
      <w:r w:rsidRPr="006C690A">
        <w:rPr>
          <w:b/>
        </w:rPr>
        <w:t>ổ</w:t>
      </w:r>
      <w:r w:rsidRPr="006C690A">
        <w:rPr>
          <w:b/>
        </w:rPr>
        <w:t>i s</w:t>
      </w:r>
      <w:r w:rsidRPr="006C690A">
        <w:rPr>
          <w:b/>
        </w:rPr>
        <w:t>ố</w:t>
      </w:r>
      <w:r w:rsidRPr="006C690A">
        <w:rPr>
          <w:b/>
        </w:rPr>
        <w:t xml:space="preserve"> &amp; dân ch</w:t>
      </w:r>
      <w:r w:rsidRPr="006C690A">
        <w:rPr>
          <w:b/>
        </w:rPr>
        <w:t>ủ</w:t>
      </w:r>
      <w:r w:rsidRPr="006C690A">
        <w:rPr>
          <w:b/>
        </w:rPr>
        <w:t xml:space="preserve">: </w:t>
      </w:r>
      <w:r w:rsidRPr="006C690A">
        <w:t>M</w:t>
      </w:r>
      <w:r w:rsidRPr="006C690A">
        <w:t>ở</w:t>
      </w:r>
      <w:r w:rsidRPr="006C690A">
        <w:t xml:space="preserve"> r</w:t>
      </w:r>
      <w:r w:rsidRPr="006C690A">
        <w:t>ộ</w:t>
      </w:r>
      <w:r w:rsidRPr="006C690A">
        <w:t>ng chuy</w:t>
      </w:r>
      <w:r w:rsidRPr="006C690A">
        <w:t>ể</w:t>
      </w:r>
      <w:r w:rsidRPr="006C690A">
        <w:t>n đ</w:t>
      </w:r>
      <w:r w:rsidRPr="006C690A">
        <w:t>ổ</w:t>
      </w:r>
      <w:r w:rsidRPr="006C690A">
        <w:t>i s</w:t>
      </w:r>
      <w:r w:rsidRPr="006C690A">
        <w:t>ố</w:t>
      </w:r>
      <w:r w:rsidRPr="006C690A">
        <w:t xml:space="preserve"> toàn di</w:t>
      </w:r>
      <w:r w:rsidRPr="006C690A">
        <w:t>ệ</w:t>
      </w:r>
      <w:r w:rsidRPr="006C690A">
        <w:t>n trong qu</w:t>
      </w:r>
      <w:r w:rsidRPr="006C690A">
        <w:t>ả</w:t>
      </w:r>
      <w:r w:rsidRPr="006C690A">
        <w:t>n tr</w:t>
      </w:r>
      <w:r w:rsidRPr="006C690A">
        <w:t>ị</w:t>
      </w:r>
      <w:r w:rsidRPr="006C690A">
        <w:t xml:space="preserve"> nhà trư</w:t>
      </w:r>
      <w:r w:rsidRPr="006C690A">
        <w:t>ờ</w:t>
      </w:r>
      <w:r w:rsidRPr="006C690A">
        <w:t xml:space="preserve">ng; </w:t>
      </w:r>
      <w:r w:rsidRPr="006C690A">
        <w:t>duy trì th</w:t>
      </w:r>
      <w:r w:rsidRPr="006C690A">
        <w:t>ự</w:t>
      </w:r>
      <w:r w:rsidRPr="006C690A">
        <w:t>c hi</w:t>
      </w:r>
      <w:r w:rsidRPr="006C690A">
        <w:t>ệ</w:t>
      </w:r>
      <w:r w:rsidRPr="006C690A">
        <w:t>n nghiêm quy ch</w:t>
      </w:r>
      <w:r w:rsidRPr="006C690A">
        <w:t>ế</w:t>
      </w:r>
      <w:r w:rsidRPr="006C690A">
        <w:t xml:space="preserve"> dân ch</w:t>
      </w:r>
      <w:r w:rsidRPr="006C690A">
        <w:t>ủ</w:t>
      </w:r>
      <w:r w:rsidRPr="006C690A">
        <w:t xml:space="preserve"> cơ s</w:t>
      </w:r>
      <w:r w:rsidRPr="006C690A">
        <w:t>ở</w:t>
      </w:r>
      <w:r w:rsidRPr="006C690A">
        <w:t>, công khai tài chính và nâng cao đ</w:t>
      </w:r>
      <w:r w:rsidRPr="006C690A">
        <w:t>ờ</w:t>
      </w:r>
      <w:r w:rsidRPr="006C690A">
        <w:t>i s</w:t>
      </w:r>
      <w:r w:rsidRPr="006C690A">
        <w:t>ố</w:t>
      </w:r>
      <w:r w:rsidRPr="006C690A">
        <w:t>ng cho viên ch</w:t>
      </w:r>
      <w:r w:rsidRPr="006C690A">
        <w:t>ứ</w:t>
      </w:r>
      <w:r w:rsidRPr="006C690A">
        <w:t>c.</w:t>
      </w: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V. D</w:t>
      </w:r>
      <w:r w:rsidRPr="006C690A">
        <w:rPr>
          <w:b/>
          <w:color w:val="1F4E79"/>
          <w:sz w:val="28"/>
        </w:rPr>
        <w:t>Ự</w:t>
      </w:r>
      <w:r w:rsidRPr="006C690A">
        <w:rPr>
          <w:b/>
          <w:color w:val="1F4E79"/>
          <w:sz w:val="28"/>
        </w:rPr>
        <w:t xml:space="preserve"> TH</w:t>
      </w:r>
      <w:r w:rsidRPr="006C690A">
        <w:rPr>
          <w:b/>
          <w:color w:val="1F4E79"/>
          <w:sz w:val="28"/>
        </w:rPr>
        <w:t>Ả</w:t>
      </w:r>
      <w:r w:rsidRPr="006C690A">
        <w:rPr>
          <w:b/>
          <w:color w:val="1F4E79"/>
          <w:sz w:val="28"/>
        </w:rPr>
        <w:t>O B</w:t>
      </w:r>
      <w:r w:rsidRPr="006C690A">
        <w:rPr>
          <w:b/>
          <w:color w:val="1F4E79"/>
          <w:sz w:val="28"/>
        </w:rPr>
        <w:t>Ổ</w:t>
      </w:r>
      <w:r w:rsidRPr="006C690A">
        <w:rPr>
          <w:b/>
          <w:color w:val="1F4E79"/>
          <w:sz w:val="28"/>
        </w:rPr>
        <w:t xml:space="preserve"> SUNG, S</w:t>
      </w:r>
      <w:r w:rsidRPr="006C690A">
        <w:rPr>
          <w:b/>
          <w:color w:val="1F4E79"/>
          <w:sz w:val="28"/>
        </w:rPr>
        <w:t>Ử</w:t>
      </w:r>
      <w:r w:rsidRPr="006C690A">
        <w:rPr>
          <w:b/>
          <w:color w:val="1F4E79"/>
          <w:sz w:val="28"/>
        </w:rPr>
        <w:t>A Đ</w:t>
      </w:r>
      <w:r w:rsidRPr="006C690A">
        <w:rPr>
          <w:b/>
          <w:color w:val="1F4E79"/>
          <w:sz w:val="28"/>
        </w:rPr>
        <w:t>Ổ</w:t>
      </w:r>
      <w:r w:rsidRPr="006C690A">
        <w:rPr>
          <w:b/>
          <w:color w:val="1F4E79"/>
          <w:sz w:val="28"/>
        </w:rPr>
        <w:t>I QUY CH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 xml:space="preserve"> CHI TIÊU N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I B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 xml:space="preserve"> NĂM 2026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Căn c</w:t>
      </w:r>
      <w:r w:rsidRPr="006C690A">
        <w:rPr>
          <w:b/>
          <w:color w:val="2F5597"/>
          <w:sz w:val="24"/>
        </w:rPr>
        <w:t>ứ</w:t>
      </w:r>
      <w:r w:rsidRPr="006C690A">
        <w:rPr>
          <w:b/>
          <w:color w:val="2F5597"/>
          <w:sz w:val="24"/>
        </w:rPr>
        <w:t xml:space="preserve"> pháp lý, ngu</w:t>
      </w:r>
      <w:r w:rsidRPr="006C690A">
        <w:rPr>
          <w:b/>
          <w:color w:val="2F5597"/>
          <w:sz w:val="24"/>
        </w:rPr>
        <w:t>ồ</w:t>
      </w:r>
      <w:r w:rsidRPr="006C690A">
        <w:rPr>
          <w:b/>
          <w:color w:val="2F5597"/>
          <w:sz w:val="24"/>
        </w:rPr>
        <w:t>n tài chính &amp; Nguyên t</w:t>
      </w:r>
      <w:r w:rsidRPr="006C690A">
        <w:rPr>
          <w:b/>
          <w:color w:val="2F5597"/>
          <w:sz w:val="24"/>
        </w:rPr>
        <w:t>ắ</w:t>
      </w:r>
      <w:r w:rsidRPr="006C690A">
        <w:rPr>
          <w:b/>
          <w:color w:val="2F5597"/>
          <w:sz w:val="24"/>
        </w:rPr>
        <w:t>c phân b</w:t>
      </w:r>
      <w:r w:rsidRPr="006C690A">
        <w:rPr>
          <w:b/>
          <w:color w:val="2F5597"/>
          <w:sz w:val="24"/>
        </w:rPr>
        <w:t>ổ</w:t>
      </w:r>
      <w:r w:rsidRPr="006C690A">
        <w:rPr>
          <w:b/>
          <w:color w:val="2F5597"/>
          <w:sz w:val="24"/>
        </w:rPr>
        <w:t xml:space="preserve"> năm 2026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Căn c</w:t>
      </w:r>
      <w:r w:rsidRPr="006C690A">
        <w:rPr>
          <w:b/>
        </w:rPr>
        <w:t>ứ</w:t>
      </w:r>
      <w:r w:rsidRPr="006C690A">
        <w:rPr>
          <w:b/>
        </w:rPr>
        <w:t xml:space="preserve"> pháp lý m</w:t>
      </w:r>
      <w:r w:rsidRPr="006C690A">
        <w:rPr>
          <w:b/>
        </w:rPr>
        <w:t>ớ</w:t>
      </w:r>
      <w:r w:rsidRPr="006C690A">
        <w:rPr>
          <w:b/>
        </w:rPr>
        <w:t xml:space="preserve">i: </w:t>
      </w:r>
      <w:r w:rsidRPr="006C690A">
        <w:t>Ngh</w:t>
      </w:r>
      <w:r w:rsidRPr="006C690A">
        <w:t>ị</w:t>
      </w:r>
      <w:r w:rsidRPr="006C690A">
        <w:t xml:space="preserve"> đ</w:t>
      </w:r>
      <w:r w:rsidRPr="006C690A">
        <w:t>ị</w:t>
      </w:r>
      <w:r w:rsidRPr="006C690A">
        <w:t>nh 60/2021/NĐ-CP (t</w:t>
      </w:r>
      <w:r w:rsidRPr="006C690A">
        <w:t>ự</w:t>
      </w:r>
      <w:r w:rsidRPr="006C690A">
        <w:t xml:space="preserve"> ch</w:t>
      </w:r>
      <w:r w:rsidRPr="006C690A">
        <w:t>ủ</w:t>
      </w:r>
      <w:r w:rsidRPr="006C690A">
        <w:t xml:space="preserve"> tài chính); Thông tư 05/2025/TT-BGDĐT (ch</w:t>
      </w:r>
      <w:r w:rsidRPr="006C690A">
        <w:t>ế</w:t>
      </w:r>
      <w:r w:rsidRPr="006C690A">
        <w:t xml:space="preserve"> đ</w:t>
      </w:r>
      <w:r w:rsidRPr="006C690A">
        <w:t>ộ</w:t>
      </w:r>
      <w:r w:rsidRPr="006C690A">
        <w:t xml:space="preserve"> làm vi</w:t>
      </w:r>
      <w:r w:rsidRPr="006C690A">
        <w:t>ệ</w:t>
      </w:r>
      <w:r w:rsidRPr="006C690A">
        <w:t>c nhà giáo); Thông tư 21/2025/TT-BGDĐT (tr</w:t>
      </w:r>
      <w:r w:rsidRPr="006C690A">
        <w:t>ả</w:t>
      </w:r>
      <w:r w:rsidRPr="006C690A">
        <w:t xml:space="preserve"> lương d</w:t>
      </w:r>
      <w:r w:rsidRPr="006C690A">
        <w:t>ạ</w:t>
      </w:r>
      <w:r w:rsidRPr="006C690A">
        <w:t>y thêm gi</w:t>
      </w:r>
      <w:r w:rsidRPr="006C690A">
        <w:t>ờ</w:t>
      </w:r>
      <w:r w:rsidRPr="006C690A">
        <w:t>); Ngh</w:t>
      </w:r>
      <w:r w:rsidRPr="006C690A">
        <w:t>ị</w:t>
      </w:r>
      <w:r w:rsidRPr="006C690A">
        <w:t xml:space="preserve"> đ</w:t>
      </w:r>
      <w:r w:rsidRPr="006C690A">
        <w:t>ị</w:t>
      </w:r>
      <w:r w:rsidRPr="006C690A">
        <w:t>nh 182/NĐ-CP ngày 22/5/2026 (ph</w:t>
      </w:r>
      <w:r w:rsidRPr="006C690A">
        <w:t>ụ</w:t>
      </w:r>
      <w:r w:rsidRPr="006C690A">
        <w:t xml:space="preserve"> c</w:t>
      </w:r>
      <w:r w:rsidRPr="006C690A">
        <w:t>ấ</w:t>
      </w:r>
      <w:r w:rsidRPr="006C690A">
        <w:t>p ưu đãi ngh</w:t>
      </w:r>
      <w:r w:rsidRPr="006C690A">
        <w:t>ề</w:t>
      </w:r>
      <w:r w:rsidRPr="006C690A">
        <w:t xml:space="preserve"> nhà giáo 40%); Ngh</w:t>
      </w:r>
      <w:r w:rsidRPr="006C690A">
        <w:t>ị</w:t>
      </w:r>
      <w:r w:rsidRPr="006C690A">
        <w:t xml:space="preserve"> đ</w:t>
      </w:r>
      <w:r w:rsidRPr="006C690A">
        <w:t>ị</w:t>
      </w:r>
      <w:r w:rsidRPr="006C690A">
        <w:t>nh 350/NĐ-CP (ph</w:t>
      </w:r>
      <w:r w:rsidRPr="006C690A">
        <w:t>ụ</w:t>
      </w:r>
      <w:r w:rsidRPr="006C690A">
        <w:t xml:space="preserve"> c</w:t>
      </w:r>
      <w:r w:rsidRPr="006C690A">
        <w:t>ấ</w:t>
      </w:r>
      <w:r w:rsidRPr="006C690A">
        <w:t>p y t</w:t>
      </w:r>
      <w:r w:rsidRPr="006C690A">
        <w:t>ế</w:t>
      </w:r>
      <w:r w:rsidRPr="006C690A">
        <w:t xml:space="preserve"> 3</w:t>
      </w:r>
      <w:r w:rsidRPr="006C690A">
        <w:t>0%); Thông tư 12/2025/TT-BTC (ch</w:t>
      </w:r>
      <w:r w:rsidRPr="006C690A">
        <w:t>ế</w:t>
      </w:r>
      <w:r w:rsidRPr="006C690A">
        <w:t xml:space="preserve"> đ</w:t>
      </w:r>
      <w:r w:rsidRPr="006C690A">
        <w:t>ộ</w:t>
      </w:r>
      <w:r w:rsidRPr="006C690A">
        <w:t xml:space="preserve"> công tác phí).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Các ngu</w:t>
      </w:r>
      <w:r w:rsidRPr="006C690A">
        <w:rPr>
          <w:b/>
        </w:rPr>
        <w:t>ồ</w:t>
      </w:r>
      <w:r w:rsidRPr="006C690A">
        <w:rPr>
          <w:b/>
        </w:rPr>
        <w:t xml:space="preserve">n kinh phí 2026: </w:t>
      </w:r>
      <w:r w:rsidRPr="006C690A">
        <w:t>Kinh phí năm 2025 chuy</w:t>
      </w:r>
      <w:r w:rsidRPr="006C690A">
        <w:t>ể</w:t>
      </w:r>
      <w:r w:rsidRPr="006C690A">
        <w:t>n sang: 854.110.467 đ</w:t>
      </w:r>
      <w:r w:rsidRPr="006C690A">
        <w:t>ồ</w:t>
      </w:r>
      <w:r w:rsidRPr="006C690A">
        <w:t>ng. D</w:t>
      </w:r>
      <w:r w:rsidRPr="006C690A">
        <w:t>ự</w:t>
      </w:r>
      <w:r w:rsidRPr="006C690A">
        <w:t xml:space="preserve"> toán ngân sách c</w:t>
      </w:r>
      <w:r w:rsidRPr="006C690A">
        <w:t>ấ</w:t>
      </w:r>
      <w:r w:rsidRPr="006C690A">
        <w:t>p 4 tháng năm 2026: 14.380.000.000 đ</w:t>
      </w:r>
      <w:r w:rsidRPr="006C690A">
        <w:t>ồ</w:t>
      </w:r>
      <w:r w:rsidRPr="006C690A">
        <w:t>ng (Chi lương &amp; công: 11.680.000.000 đ</w:t>
      </w:r>
      <w:r w:rsidRPr="006C690A">
        <w:t>ồ</w:t>
      </w:r>
      <w:r w:rsidRPr="006C690A">
        <w:t>ng; chi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chuyên môn, qu</w:t>
      </w:r>
      <w:r w:rsidRPr="006C690A">
        <w:t>ả</w:t>
      </w:r>
      <w:r w:rsidRPr="006C690A">
        <w:t>n</w:t>
      </w:r>
      <w:r w:rsidRPr="006C690A">
        <w:t xml:space="preserve"> lý, d</w:t>
      </w:r>
      <w:r w:rsidRPr="006C690A">
        <w:t>ị</w:t>
      </w:r>
      <w:r w:rsidRPr="006C690A">
        <w:t>ch v</w:t>
      </w:r>
      <w:r w:rsidRPr="006C690A">
        <w:t>ụ</w:t>
      </w:r>
      <w:r w:rsidRPr="006C690A">
        <w:t xml:space="preserve"> thư</w:t>
      </w:r>
      <w:r w:rsidRPr="006C690A">
        <w:t>ờ</w:t>
      </w:r>
      <w:r w:rsidRPr="006C690A">
        <w:t>ng xuyên). Ngu</w:t>
      </w:r>
      <w:r w:rsidRPr="006C690A">
        <w:t>ồ</w:t>
      </w:r>
      <w:r w:rsidRPr="006C690A">
        <w:t>n thu s</w:t>
      </w:r>
      <w:r w:rsidRPr="006C690A">
        <w:t>ự</w:t>
      </w:r>
      <w:r w:rsidRPr="006C690A">
        <w:t xml:space="preserve"> nghi</w:t>
      </w:r>
      <w:r w:rsidRPr="006C690A">
        <w:t>ệ</w:t>
      </w:r>
      <w:r w:rsidRPr="006C690A">
        <w:t>p và d</w:t>
      </w:r>
      <w:r w:rsidRPr="006C690A">
        <w:t>ị</w:t>
      </w:r>
      <w:r w:rsidRPr="006C690A">
        <w:t>ch v</w:t>
      </w:r>
      <w:r w:rsidRPr="006C690A">
        <w:t>ụ</w:t>
      </w:r>
      <w:r w:rsidRPr="006C690A">
        <w:t xml:space="preserve"> khác (căn tin, bãi xe): 1.267.290.000 đ</w:t>
      </w:r>
      <w:r w:rsidRPr="006C690A">
        <w:t>ồ</w:t>
      </w:r>
      <w:r w:rsidRPr="006C690A">
        <w:t>ng.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Nguyên t</w:t>
      </w:r>
      <w:r w:rsidRPr="006C690A">
        <w:rPr>
          <w:b/>
        </w:rPr>
        <w:t>ắ</w:t>
      </w:r>
      <w:r w:rsidRPr="006C690A">
        <w:rPr>
          <w:b/>
        </w:rPr>
        <w:t xml:space="preserve">c chi tiêu: </w:t>
      </w:r>
      <w:r w:rsidRPr="006C690A">
        <w:t>Th</w:t>
      </w:r>
      <w:r w:rsidRPr="006C690A">
        <w:t>ự</w:t>
      </w:r>
      <w:r w:rsidRPr="006C690A">
        <w:t>c hi</w:t>
      </w:r>
      <w:r w:rsidRPr="006C690A">
        <w:t>ệ</w:t>
      </w:r>
      <w:r w:rsidRPr="006C690A">
        <w:t>n công khai, dân ch</w:t>
      </w:r>
      <w:r w:rsidRPr="006C690A">
        <w:t>ủ</w:t>
      </w:r>
      <w:r w:rsidRPr="006C690A">
        <w:t>, ti</w:t>
      </w:r>
      <w:r w:rsidRPr="006C690A">
        <w:t>ế</w:t>
      </w:r>
      <w:r w:rsidRPr="006C690A">
        <w:t>t ki</w:t>
      </w:r>
      <w:r w:rsidRPr="006C690A">
        <w:t>ệ</w:t>
      </w:r>
      <w:r w:rsidRPr="006C690A">
        <w:t>m, ch</w:t>
      </w:r>
      <w:r w:rsidRPr="006C690A">
        <w:t>ố</w:t>
      </w:r>
      <w:r w:rsidRPr="006C690A">
        <w:t>ng lãng phí; đ</w:t>
      </w:r>
      <w:r w:rsidRPr="006C690A">
        <w:t>ả</w:t>
      </w:r>
      <w:r w:rsidRPr="006C690A">
        <w:t>m b</w:t>
      </w:r>
      <w:r w:rsidRPr="006C690A">
        <w:t>ả</w:t>
      </w:r>
      <w:r w:rsidRPr="006C690A">
        <w:t>o chi đúng nhi</w:t>
      </w:r>
      <w:r w:rsidRPr="006C690A">
        <w:t>ệ</w:t>
      </w:r>
      <w:r w:rsidRPr="006C690A">
        <w:t>m v</w:t>
      </w:r>
      <w:r w:rsidRPr="006C690A">
        <w:t>ụ</w:t>
      </w:r>
      <w:r w:rsidRPr="006C690A">
        <w:t xml:space="preserve"> chuyên môn và t</w:t>
      </w:r>
      <w:r w:rsidRPr="006C690A">
        <w:t>ố</w:t>
      </w:r>
      <w:r w:rsidRPr="006C690A">
        <w:t>i đa hóa ngu</w:t>
      </w:r>
      <w:r w:rsidRPr="006C690A">
        <w:t>ồ</w:t>
      </w:r>
      <w:r w:rsidRPr="006C690A">
        <w:t>n thu nh</w:t>
      </w:r>
      <w:r w:rsidRPr="006C690A">
        <w:t>ậ</w:t>
      </w:r>
      <w:r w:rsidRPr="006C690A">
        <w:t>p tăng thêm</w:t>
      </w:r>
      <w:r w:rsidRPr="006C690A">
        <w:t xml:space="preserve"> cho đ</w:t>
      </w:r>
      <w:r w:rsidRPr="006C690A">
        <w:t>ộ</w:t>
      </w:r>
      <w:r w:rsidRPr="006C690A">
        <w:t>i ngũ.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2. Các m</w:t>
      </w:r>
      <w:r w:rsidRPr="006C690A">
        <w:rPr>
          <w:b/>
          <w:color w:val="2F5597"/>
          <w:sz w:val="24"/>
        </w:rPr>
        <w:t>ứ</w:t>
      </w:r>
      <w:r w:rsidRPr="006C690A">
        <w:rPr>
          <w:b/>
          <w:color w:val="2F5597"/>
          <w:sz w:val="24"/>
        </w:rPr>
        <w:t>c chi c</w:t>
      </w:r>
      <w:r w:rsidRPr="006C690A">
        <w:rPr>
          <w:b/>
          <w:color w:val="2F5597"/>
          <w:sz w:val="24"/>
        </w:rPr>
        <w:t>ụ</w:t>
      </w:r>
      <w:r w:rsidRPr="006C690A">
        <w:rPr>
          <w:b/>
          <w:color w:val="2F5597"/>
          <w:sz w:val="24"/>
        </w:rPr>
        <w:t xml:space="preserve"> th</w:t>
      </w:r>
      <w:r w:rsidRPr="006C690A">
        <w:rPr>
          <w:b/>
          <w:color w:val="2F5597"/>
          <w:sz w:val="24"/>
        </w:rPr>
        <w:t>ể</w:t>
      </w:r>
      <w:r w:rsidRPr="006C690A">
        <w:rPr>
          <w:b/>
          <w:color w:val="2F5597"/>
          <w:sz w:val="24"/>
        </w:rPr>
        <w:t xml:space="preserve"> và n</w:t>
      </w:r>
      <w:r w:rsidRPr="006C690A">
        <w:rPr>
          <w:b/>
          <w:color w:val="2F5597"/>
          <w:sz w:val="24"/>
        </w:rPr>
        <w:t>ộ</w:t>
      </w:r>
      <w:r w:rsidRPr="006C690A">
        <w:rPr>
          <w:b/>
          <w:color w:val="2F5597"/>
          <w:sz w:val="24"/>
        </w:rPr>
        <w:t>i dung b</w:t>
      </w:r>
      <w:r w:rsidRPr="006C690A">
        <w:rPr>
          <w:b/>
          <w:color w:val="2F5597"/>
          <w:sz w:val="24"/>
        </w:rPr>
        <w:t>ổ</w:t>
      </w:r>
      <w:r w:rsidRPr="006C690A">
        <w:rPr>
          <w:b/>
          <w:color w:val="2F5597"/>
          <w:sz w:val="24"/>
        </w:rPr>
        <w:t xml:space="preserve"> sung, s</w:t>
      </w:r>
      <w:r w:rsidRPr="006C690A">
        <w:rPr>
          <w:b/>
          <w:color w:val="2F5597"/>
          <w:sz w:val="24"/>
        </w:rPr>
        <w:t>ử</w:t>
      </w:r>
      <w:r w:rsidRPr="006C690A">
        <w:rPr>
          <w:b/>
          <w:color w:val="2F5597"/>
          <w:sz w:val="24"/>
        </w:rPr>
        <w:t>a đ</w:t>
      </w:r>
      <w:r w:rsidRPr="006C690A">
        <w:rPr>
          <w:b/>
          <w:color w:val="2F5597"/>
          <w:sz w:val="24"/>
        </w:rPr>
        <w:t>ổ</w:t>
      </w:r>
      <w:r w:rsidRPr="006C690A">
        <w:rPr>
          <w:b/>
          <w:color w:val="2F5597"/>
          <w:sz w:val="24"/>
        </w:rPr>
        <w:t>i tr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ng tâm (T</w:t>
      </w:r>
      <w:r w:rsidRPr="006C690A">
        <w:rPr>
          <w:b/>
          <w:color w:val="2F5597"/>
          <w:sz w:val="24"/>
        </w:rPr>
        <w:t>ổ</w:t>
      </w:r>
      <w:r w:rsidRPr="006C690A">
        <w:rPr>
          <w:b/>
          <w:color w:val="2F5597"/>
          <w:sz w:val="24"/>
        </w:rPr>
        <w:t xml:space="preserve"> KHTN lưu ý)</w:t>
      </w:r>
    </w:p>
    <w:tbl>
      <w:tblPr>
        <w:tblW w:w="0" w:type="auto"/>
        <w:jc w:val="center"/>
        <w:tblBorders>
          <w:top w:val="single" w:sz="4" w:space="0" w:color="B0C4DE"/>
          <w:bottom w:val="single" w:sz="4" w:space="0" w:color="B0C4DE"/>
          <w:insideH w:val="single" w:sz="4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448"/>
      </w:tblGrid>
      <w:tr w:rsidR="00A71AD2" w:rsidRPr="006C690A">
        <w:trPr>
          <w:jc w:val="center"/>
        </w:trPr>
        <w:tc>
          <w:tcPr>
            <w:tcW w:w="2592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N</w:t>
            </w:r>
            <w:r w:rsidRPr="006C690A">
              <w:rPr>
                <w:b/>
                <w:color w:val="FFFFFF"/>
              </w:rPr>
              <w:t>ộ</w:t>
            </w:r>
            <w:r w:rsidRPr="006C690A">
              <w:rPr>
                <w:b/>
                <w:color w:val="FFFFFF"/>
              </w:rPr>
              <w:t>i dung m</w:t>
            </w:r>
            <w:r w:rsidRPr="006C690A">
              <w:rPr>
                <w:b/>
                <w:color w:val="FFFFFF"/>
              </w:rPr>
              <w:t>ụ</w:t>
            </w:r>
            <w:r w:rsidRPr="006C690A">
              <w:rPr>
                <w:b/>
                <w:color w:val="FFFFFF"/>
              </w:rPr>
              <w:t>c chi</w:t>
            </w:r>
          </w:p>
        </w:tc>
        <w:tc>
          <w:tcPr>
            <w:tcW w:w="4608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Căn c</w:t>
            </w:r>
            <w:r w:rsidRPr="006C690A">
              <w:rPr>
                <w:b/>
                <w:color w:val="FFFFFF"/>
              </w:rPr>
              <w:t>ứ</w:t>
            </w:r>
            <w:r w:rsidRPr="006C690A">
              <w:rPr>
                <w:b/>
                <w:color w:val="FFFFFF"/>
              </w:rPr>
              <w:t xml:space="preserve"> &amp; M</w:t>
            </w:r>
            <w:r w:rsidRPr="006C690A">
              <w:rPr>
                <w:b/>
                <w:color w:val="FFFFFF"/>
              </w:rPr>
              <w:t>ứ</w:t>
            </w:r>
            <w:r w:rsidRPr="006C690A">
              <w:rPr>
                <w:b/>
                <w:color w:val="FFFFFF"/>
              </w:rPr>
              <w:t>c chi quy đ</w:t>
            </w:r>
            <w:r w:rsidRPr="006C690A">
              <w:rPr>
                <w:b/>
                <w:color w:val="FFFFFF"/>
              </w:rPr>
              <w:t>ị</w:t>
            </w:r>
            <w:r w:rsidRPr="006C690A">
              <w:rPr>
                <w:b/>
                <w:color w:val="FFFFFF"/>
              </w:rPr>
              <w:t>nh trong D</w:t>
            </w:r>
            <w:r w:rsidRPr="006C690A">
              <w:rPr>
                <w:b/>
                <w:color w:val="FFFFFF"/>
              </w:rPr>
              <w:t>ự</w:t>
            </w:r>
            <w:r w:rsidRPr="006C690A">
              <w:rPr>
                <w:b/>
                <w:color w:val="FFFFFF"/>
              </w:rPr>
              <w:t xml:space="preserve"> th</w:t>
            </w:r>
            <w:r w:rsidRPr="006C690A">
              <w:rPr>
                <w:b/>
                <w:color w:val="FFFFFF"/>
              </w:rPr>
              <w:t>ả</w:t>
            </w:r>
            <w:r w:rsidRPr="006C690A">
              <w:rPr>
                <w:b/>
                <w:color w:val="FFFFFF"/>
              </w:rPr>
              <w:t>o 2026</w:t>
            </w:r>
          </w:p>
        </w:tc>
        <w:tc>
          <w:tcPr>
            <w:tcW w:w="2448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jc w:val="center"/>
              <w:rPr>
                <w:sz w:val="24"/>
              </w:rPr>
            </w:pPr>
            <w:r w:rsidRPr="006C690A">
              <w:rPr>
                <w:b/>
                <w:color w:val="FFFFFF"/>
              </w:rPr>
              <w:t>Ghi chú đ</w:t>
            </w:r>
            <w:r w:rsidRPr="006C690A">
              <w:rPr>
                <w:b/>
                <w:color w:val="FFFFFF"/>
              </w:rPr>
              <w:t>ố</w:t>
            </w:r>
            <w:r w:rsidRPr="006C690A">
              <w:rPr>
                <w:b/>
                <w:color w:val="FFFFFF"/>
              </w:rPr>
              <w:t>i v</w:t>
            </w:r>
            <w:r w:rsidRPr="006C690A">
              <w:rPr>
                <w:b/>
                <w:color w:val="FFFFFF"/>
              </w:rPr>
              <w:t>ớ</w:t>
            </w:r>
            <w:r w:rsidRPr="006C690A">
              <w:rPr>
                <w:b/>
                <w:color w:val="FFFFFF"/>
              </w:rPr>
              <w:t>i giáo viên T</w:t>
            </w:r>
            <w:r w:rsidRPr="006C690A">
              <w:rPr>
                <w:b/>
                <w:color w:val="FFFFFF"/>
              </w:rPr>
              <w:t>ổ</w:t>
            </w:r>
            <w:r w:rsidRPr="006C690A">
              <w:rPr>
                <w:b/>
                <w:color w:val="FFFFFF"/>
              </w:rPr>
              <w:t xml:space="preserve"> KHTN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Ph</w:t>
            </w:r>
            <w:r w:rsidRPr="006C690A">
              <w:rPr>
                <w:b/>
                <w:color w:val="1F4E79"/>
                <w:sz w:val="20"/>
              </w:rPr>
              <w:t>ụ</w:t>
            </w:r>
            <w:r w:rsidRPr="006C690A">
              <w:rPr>
                <w:b/>
                <w:color w:val="1F4E79"/>
                <w:sz w:val="20"/>
              </w:rPr>
              <w:t xml:space="preserve"> c</w:t>
            </w:r>
            <w:r w:rsidRPr="006C690A">
              <w:rPr>
                <w:b/>
                <w:color w:val="1F4E79"/>
                <w:sz w:val="20"/>
              </w:rPr>
              <w:t>ấ</w:t>
            </w:r>
            <w:r w:rsidRPr="006C690A">
              <w:rPr>
                <w:b/>
                <w:color w:val="1F4E79"/>
                <w:sz w:val="20"/>
              </w:rPr>
              <w:t>p ch</w:t>
            </w:r>
            <w:r w:rsidRPr="006C690A">
              <w:rPr>
                <w:b/>
                <w:color w:val="1F4E79"/>
                <w:sz w:val="20"/>
              </w:rPr>
              <w:t>ứ</w:t>
            </w:r>
            <w:r w:rsidRPr="006C690A">
              <w:rPr>
                <w:b/>
                <w:color w:val="1F4E79"/>
                <w:sz w:val="20"/>
              </w:rPr>
              <w:t>c v</w:t>
            </w:r>
            <w:r w:rsidRPr="006C690A">
              <w:rPr>
                <w:b/>
                <w:color w:val="1F4E79"/>
                <w:sz w:val="20"/>
              </w:rPr>
              <w:t>ụ</w:t>
            </w:r>
            <w:r w:rsidRPr="006C690A">
              <w:rPr>
                <w:b/>
                <w:color w:val="1F4E79"/>
                <w:sz w:val="20"/>
              </w:rPr>
              <w:t xml:space="preserve"> T</w:t>
            </w:r>
            <w:r w:rsidRPr="006C690A">
              <w:rPr>
                <w:b/>
                <w:color w:val="1F4E79"/>
                <w:sz w:val="20"/>
              </w:rPr>
              <w:t>ổ</w:t>
            </w:r>
            <w:r w:rsidRPr="006C690A">
              <w:rPr>
                <w:b/>
                <w:color w:val="1F4E79"/>
                <w:sz w:val="20"/>
              </w:rPr>
              <w:t xml:space="preserve"> phó chuyên môn</w:t>
            </w:r>
          </w:p>
        </w:tc>
        <w:tc>
          <w:tcPr>
            <w:tcW w:w="46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Hư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>ng h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 xml:space="preserve"> s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 xml:space="preserve"> PCCV = 0.15 (M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c 6100)</w:t>
            </w:r>
          </w:p>
        </w:tc>
        <w:tc>
          <w:tcPr>
            <w:tcW w:w="24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T</w:t>
            </w:r>
            <w:r w:rsidRPr="006C690A">
              <w:rPr>
                <w:sz w:val="20"/>
              </w:rPr>
              <w:t>ổ</w:t>
            </w:r>
            <w:r w:rsidRPr="006C690A">
              <w:rPr>
                <w:sz w:val="20"/>
              </w:rPr>
              <w:t xml:space="preserve"> phó CM KHTN đư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>c chi tr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hàng tháng.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Gi</w:t>
            </w:r>
            <w:r w:rsidRPr="006C690A">
              <w:rPr>
                <w:b/>
                <w:color w:val="1F4E79"/>
                <w:sz w:val="20"/>
              </w:rPr>
              <w:t>ả</w:t>
            </w:r>
            <w:r w:rsidRPr="006C690A">
              <w:rPr>
                <w:b/>
                <w:color w:val="1F4E79"/>
                <w:sz w:val="20"/>
              </w:rPr>
              <w:t>m đ</w:t>
            </w:r>
            <w:r w:rsidRPr="006C690A">
              <w:rPr>
                <w:b/>
                <w:color w:val="1F4E79"/>
                <w:sz w:val="20"/>
              </w:rPr>
              <w:t>ị</w:t>
            </w:r>
            <w:r w:rsidRPr="006C690A">
              <w:rPr>
                <w:b/>
                <w:color w:val="1F4E79"/>
                <w:sz w:val="20"/>
              </w:rPr>
              <w:t>nh m</w:t>
            </w:r>
            <w:r w:rsidRPr="006C690A">
              <w:rPr>
                <w:b/>
                <w:color w:val="1F4E79"/>
                <w:sz w:val="20"/>
              </w:rPr>
              <w:t>ứ</w:t>
            </w:r>
            <w:r w:rsidRPr="006C690A">
              <w:rPr>
                <w:b/>
                <w:color w:val="1F4E79"/>
                <w:sz w:val="20"/>
              </w:rPr>
              <w:t>c ti</w:t>
            </w:r>
            <w:r w:rsidRPr="006C690A">
              <w:rPr>
                <w:b/>
                <w:color w:val="1F4E79"/>
                <w:sz w:val="20"/>
              </w:rPr>
              <w:t>ế</w:t>
            </w:r>
            <w:r w:rsidRPr="006C690A">
              <w:rPr>
                <w:b/>
                <w:color w:val="1F4E79"/>
                <w:sz w:val="20"/>
              </w:rPr>
              <w:t>t d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y cho giáo viên kiêm nhi</w:t>
            </w:r>
            <w:r w:rsidRPr="006C690A">
              <w:rPr>
                <w:b/>
                <w:color w:val="1F4E79"/>
                <w:sz w:val="20"/>
              </w:rPr>
              <w:t>ệ</w:t>
            </w:r>
            <w:r w:rsidRPr="006C690A">
              <w:rPr>
                <w:b/>
                <w:color w:val="1F4E79"/>
                <w:sz w:val="20"/>
              </w:rPr>
              <w:t>m</w:t>
            </w:r>
          </w:p>
        </w:tc>
        <w:tc>
          <w:tcPr>
            <w:tcW w:w="460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 theo Đi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u 09 Thông tư 05/2025/TT-BGDĐT:</w:t>
            </w:r>
            <w:r w:rsidRPr="006C690A">
              <w:rPr>
                <w:sz w:val="20"/>
              </w:rPr>
              <w:br/>
              <w:t>• GVCN: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m 4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t/tu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n (THCS), 3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t/tu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n (THPT)</w:t>
            </w:r>
            <w:r w:rsidRPr="006C690A">
              <w:rPr>
                <w:sz w:val="20"/>
              </w:rPr>
              <w:br/>
              <w:t>• Ph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 xml:space="preserve"> trách phòng thi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b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, thí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m: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m 3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t/môn/tu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n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ổ</w:t>
            </w:r>
            <w:r w:rsidRPr="006C690A">
              <w:rPr>
                <w:sz w:val="20"/>
              </w:rPr>
              <w:t xml:space="preserve"> phó chuyên môn: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m 1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t/tu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n</w:t>
            </w:r>
          </w:p>
        </w:tc>
        <w:tc>
          <w:tcPr>
            <w:tcW w:w="244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Giáo viên ph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 xml:space="preserve"> trách phòng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hành Lí, Hóa, Sinh, KHTN đư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>c hư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>ng ch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 xml:space="preserve"> đ</w:t>
            </w:r>
            <w:r w:rsidRPr="006C690A">
              <w:rPr>
                <w:sz w:val="20"/>
              </w:rPr>
              <w:t>ộ</w:t>
            </w:r>
            <w:r w:rsidRPr="006C690A">
              <w:rPr>
                <w:sz w:val="20"/>
              </w:rPr>
              <w:t xml:space="preserve">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m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theo quy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Quy đ</w:t>
            </w:r>
            <w:r w:rsidRPr="006C690A">
              <w:rPr>
                <w:b/>
                <w:color w:val="1F4E79"/>
                <w:sz w:val="20"/>
              </w:rPr>
              <w:t>ổ</w:t>
            </w:r>
            <w:r w:rsidRPr="006C690A">
              <w:rPr>
                <w:b/>
                <w:color w:val="1F4E79"/>
                <w:sz w:val="20"/>
              </w:rPr>
              <w:t>i ho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t đ</w:t>
            </w:r>
            <w:r w:rsidRPr="006C690A">
              <w:rPr>
                <w:b/>
                <w:color w:val="1F4E79"/>
                <w:sz w:val="20"/>
              </w:rPr>
              <w:t>ộ</w:t>
            </w:r>
            <w:r w:rsidRPr="006C690A">
              <w:rPr>
                <w:b/>
                <w:color w:val="1F4E79"/>
                <w:sz w:val="20"/>
              </w:rPr>
              <w:t>ng chuyên môn ra ti</w:t>
            </w:r>
            <w:r w:rsidRPr="006C690A">
              <w:rPr>
                <w:b/>
                <w:color w:val="1F4E79"/>
                <w:sz w:val="20"/>
              </w:rPr>
              <w:t>ế</w:t>
            </w:r>
            <w:r w:rsidRPr="006C690A">
              <w:rPr>
                <w:b/>
                <w:color w:val="1F4E79"/>
                <w:sz w:val="20"/>
              </w:rPr>
              <w:t>t d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y</w:t>
            </w:r>
          </w:p>
        </w:tc>
        <w:tc>
          <w:tcPr>
            <w:tcW w:w="46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 theo Đi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u 13 Thông tư 05/2025/TT-BGDĐT:</w:t>
            </w:r>
            <w:r w:rsidRPr="006C690A">
              <w:rPr>
                <w:sz w:val="20"/>
              </w:rPr>
              <w:br/>
              <w:t>•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minh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 xml:space="preserve">a SHCM, báo cáo </w:t>
            </w:r>
            <w:r w:rsidRPr="006C690A">
              <w:rPr>
                <w:sz w:val="20"/>
              </w:rPr>
              <w:t>viên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 hu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n: 1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= 1.5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 m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>c</w:t>
            </w:r>
            <w:r w:rsidRPr="006C690A">
              <w:rPr>
                <w:sz w:val="20"/>
              </w:rPr>
              <w:br/>
              <w:t>• Báo cáo ho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ộ</w:t>
            </w:r>
            <w:r w:rsidRPr="006C690A">
              <w:rPr>
                <w:sz w:val="20"/>
              </w:rPr>
              <w:t>ng ngo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i khóa, STEM quy mô kh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i/trư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ng: 1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= 1.5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 m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>c</w:t>
            </w:r>
            <w:r w:rsidRPr="006C690A">
              <w:rPr>
                <w:sz w:val="20"/>
              </w:rPr>
              <w:br/>
              <w:t>•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ôn thi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sinh 10, thi TN THPT: quy đ</w:t>
            </w:r>
            <w:r w:rsidRPr="006C690A">
              <w:rPr>
                <w:sz w:val="20"/>
              </w:rPr>
              <w:t>ổ</w:t>
            </w:r>
            <w:r w:rsidRPr="006C690A">
              <w:rPr>
                <w:sz w:val="20"/>
              </w:rPr>
              <w:t>i 1:1</w:t>
            </w:r>
          </w:p>
        </w:tc>
        <w:tc>
          <w:tcPr>
            <w:tcW w:w="24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Khuy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n khích giáo viên tích c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minh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a chuyên đ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 xml:space="preserve"> KHTN và t</w:t>
            </w:r>
            <w:r w:rsidRPr="006C690A">
              <w:rPr>
                <w:sz w:val="20"/>
              </w:rPr>
              <w:t>ổ</w:t>
            </w:r>
            <w:r w:rsidRPr="006C690A">
              <w:rPr>
                <w:sz w:val="20"/>
              </w:rPr>
              <w:t xml:space="preserve"> ch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>c ho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ộ</w:t>
            </w:r>
            <w:r w:rsidRPr="006C690A">
              <w:rPr>
                <w:sz w:val="20"/>
              </w:rPr>
              <w:t>ng STEM.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Đơn giá chi tr</w:t>
            </w:r>
            <w:r w:rsidRPr="006C690A">
              <w:rPr>
                <w:b/>
                <w:color w:val="1F4E79"/>
                <w:sz w:val="20"/>
              </w:rPr>
              <w:t>ả</w:t>
            </w:r>
            <w:r w:rsidRPr="006C690A">
              <w:rPr>
                <w:b/>
                <w:color w:val="1F4E79"/>
                <w:sz w:val="20"/>
              </w:rPr>
              <w:t xml:space="preserve"> d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y thêm gi</w:t>
            </w:r>
            <w:r w:rsidRPr="006C690A">
              <w:rPr>
                <w:b/>
                <w:color w:val="1F4E79"/>
                <w:sz w:val="20"/>
              </w:rPr>
              <w:t>ờ</w:t>
            </w:r>
            <w:r w:rsidRPr="006C690A">
              <w:rPr>
                <w:b/>
                <w:color w:val="1F4E79"/>
                <w:sz w:val="20"/>
              </w:rPr>
              <w:t xml:space="preserve"> (d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y th</w:t>
            </w:r>
            <w:r w:rsidRPr="006C690A">
              <w:rPr>
                <w:b/>
                <w:color w:val="1F4E79"/>
                <w:sz w:val="20"/>
              </w:rPr>
              <w:t>ừ</w:t>
            </w:r>
            <w:r w:rsidRPr="006C690A">
              <w:rPr>
                <w:b/>
                <w:color w:val="1F4E79"/>
                <w:sz w:val="20"/>
              </w:rPr>
              <w:t>a gi</w:t>
            </w:r>
            <w:r w:rsidRPr="006C690A">
              <w:rPr>
                <w:b/>
                <w:color w:val="1F4E79"/>
                <w:sz w:val="20"/>
              </w:rPr>
              <w:t>ờ</w:t>
            </w:r>
            <w:r w:rsidRPr="006C690A">
              <w:rPr>
                <w:b/>
                <w:color w:val="1F4E79"/>
                <w:sz w:val="20"/>
              </w:rPr>
              <w:t>)</w:t>
            </w:r>
          </w:p>
        </w:tc>
        <w:tc>
          <w:tcPr>
            <w:tcW w:w="460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Áp d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ng Thông tư 21/2025/TT-BGDĐT (Đơn giá = Lương 1 gi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 xml:space="preserve"> x 150%).</w:t>
            </w:r>
            <w:r w:rsidRPr="006C690A">
              <w:rPr>
                <w:sz w:val="20"/>
              </w:rPr>
              <w:br/>
              <w:t>• Căn c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 xml:space="preserve"> ngu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 kinh phí c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>a đơn v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, nhà trư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ng th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ng nh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t chi tr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: 80.000 đ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ng/ti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(chi tr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 vào cu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i năm tài chính có biên b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n th</w:t>
            </w:r>
            <w:r w:rsidRPr="006C690A">
              <w:rPr>
                <w:sz w:val="20"/>
              </w:rPr>
              <w:t>ỏ</w:t>
            </w:r>
            <w:r w:rsidRPr="006C690A">
              <w:rPr>
                <w:sz w:val="20"/>
              </w:rPr>
              <w:t xml:space="preserve">a </w:t>
            </w:r>
            <w:r w:rsidRPr="006C690A">
              <w:rPr>
                <w:sz w:val="20"/>
              </w:rPr>
              <w:t>thu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n).</w:t>
            </w:r>
            <w:r w:rsidRPr="006C690A">
              <w:rPr>
                <w:sz w:val="20"/>
              </w:rPr>
              <w:br/>
              <w:t>• Giáo viên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th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>nh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ng,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thay thai s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 xml:space="preserve">n: 80.000 </w:t>
            </w:r>
            <w:r w:rsidRPr="006C690A">
              <w:rPr>
                <w:sz w:val="20"/>
              </w:rPr>
              <w:lastRenderedPageBreak/>
              <w:t>đ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ng/ti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t.</w:t>
            </w:r>
          </w:p>
        </w:tc>
        <w:tc>
          <w:tcPr>
            <w:tcW w:w="244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lastRenderedPageBreak/>
              <w:t>Giáo viên ph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đ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 xml:space="preserve"> s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 xml:space="preserve">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 m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>c chu</w:t>
            </w:r>
            <w:r w:rsidRPr="006C690A">
              <w:rPr>
                <w:sz w:val="20"/>
              </w:rPr>
              <w:t>ẩ</w:t>
            </w:r>
            <w:r w:rsidRPr="006C690A">
              <w:rPr>
                <w:sz w:val="20"/>
              </w:rPr>
              <w:t>n/năm m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i đư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>c thanh toán th</w:t>
            </w:r>
            <w:r w:rsidRPr="006C690A">
              <w:rPr>
                <w:sz w:val="20"/>
              </w:rPr>
              <w:t>ừ</w:t>
            </w:r>
            <w:r w:rsidRPr="006C690A">
              <w:rPr>
                <w:sz w:val="20"/>
              </w:rPr>
              <w:t>a gi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lastRenderedPageBreak/>
              <w:t>Ph</w:t>
            </w:r>
            <w:r w:rsidRPr="006C690A">
              <w:rPr>
                <w:b/>
                <w:color w:val="1F4E79"/>
                <w:sz w:val="20"/>
              </w:rPr>
              <w:t>ụ</w:t>
            </w:r>
            <w:r w:rsidRPr="006C690A">
              <w:rPr>
                <w:b/>
                <w:color w:val="1F4E79"/>
                <w:sz w:val="20"/>
              </w:rPr>
              <w:t xml:space="preserve"> c</w:t>
            </w:r>
            <w:r w:rsidRPr="006C690A">
              <w:rPr>
                <w:b/>
                <w:color w:val="1F4E79"/>
                <w:sz w:val="20"/>
              </w:rPr>
              <w:t>ấ</w:t>
            </w:r>
            <w:r w:rsidRPr="006C690A">
              <w:rPr>
                <w:b/>
                <w:color w:val="1F4E79"/>
                <w:sz w:val="20"/>
              </w:rPr>
              <w:t>p ưu đãi theo ngh</w:t>
            </w:r>
            <w:r w:rsidRPr="006C690A">
              <w:rPr>
                <w:b/>
                <w:color w:val="1F4E79"/>
                <w:sz w:val="20"/>
              </w:rPr>
              <w:t>ề</w:t>
            </w:r>
            <w:r w:rsidRPr="006C690A">
              <w:rPr>
                <w:b/>
                <w:color w:val="1F4E79"/>
                <w:sz w:val="20"/>
              </w:rPr>
              <w:t xml:space="preserve"> m</w:t>
            </w:r>
            <w:r w:rsidRPr="006C690A">
              <w:rPr>
                <w:b/>
                <w:color w:val="1F4E79"/>
                <w:sz w:val="20"/>
              </w:rPr>
              <w:t>ớ</w:t>
            </w:r>
            <w:r w:rsidRPr="006C690A">
              <w:rPr>
                <w:b/>
                <w:color w:val="1F4E79"/>
                <w:sz w:val="20"/>
              </w:rPr>
              <w:t>i</w:t>
            </w:r>
          </w:p>
        </w:tc>
        <w:tc>
          <w:tcPr>
            <w:tcW w:w="46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Áp d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ng theo Ngh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 xml:space="preserve">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 s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 xml:space="preserve"> 182/NĐ-CP ngày 22/5/2026:</w:t>
            </w:r>
            <w:r w:rsidRPr="006C690A">
              <w:rPr>
                <w:sz w:val="20"/>
              </w:rPr>
              <w:br/>
              <w:t>• Nhà giáo, CBQL: (HS</w:t>
            </w:r>
            <w:r w:rsidRPr="006C690A">
              <w:rPr>
                <w:sz w:val="20"/>
              </w:rPr>
              <w:t>L + HS PCCV + %VK) x MLTT x 40%</w:t>
            </w:r>
            <w:r w:rsidRPr="006C690A">
              <w:rPr>
                <w:sz w:val="20"/>
              </w:rPr>
              <w:br/>
              <w:t>• Nhân viên h</w:t>
            </w:r>
            <w:r w:rsidRPr="006C690A">
              <w:rPr>
                <w:sz w:val="20"/>
              </w:rPr>
              <w:t>ỗ</w:t>
            </w:r>
            <w:r w:rsidRPr="006C690A">
              <w:rPr>
                <w:sz w:val="20"/>
              </w:rPr>
              <w:t xml:space="preserve"> tr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 xml:space="preserve"> giáo d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c: đư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>c hư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>ng 20%</w:t>
            </w:r>
          </w:p>
        </w:tc>
        <w:tc>
          <w:tcPr>
            <w:tcW w:w="24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M</w:t>
            </w:r>
            <w:r w:rsidRPr="006C690A">
              <w:rPr>
                <w:sz w:val="20"/>
              </w:rPr>
              <w:t>ứ</w:t>
            </w:r>
            <w:r w:rsidRPr="006C690A">
              <w:rPr>
                <w:sz w:val="20"/>
              </w:rPr>
              <w:t>c ph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 xml:space="preserve"> c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p ưu đãi ngh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 xml:space="preserve"> m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i tăng lên 40% đ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m b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o quy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n l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>i thu nh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 cho giáo viên.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Ch</w:t>
            </w:r>
            <w:r w:rsidRPr="006C690A">
              <w:rPr>
                <w:b/>
                <w:color w:val="1F4E79"/>
                <w:sz w:val="20"/>
              </w:rPr>
              <w:t>ế</w:t>
            </w:r>
            <w:r w:rsidRPr="006C690A">
              <w:rPr>
                <w:b/>
                <w:color w:val="1F4E79"/>
                <w:sz w:val="20"/>
              </w:rPr>
              <w:t xml:space="preserve"> đ</w:t>
            </w:r>
            <w:r w:rsidRPr="006C690A">
              <w:rPr>
                <w:b/>
                <w:color w:val="1F4E79"/>
                <w:sz w:val="20"/>
              </w:rPr>
              <w:t>ộ</w:t>
            </w:r>
            <w:r w:rsidRPr="006C690A">
              <w:rPr>
                <w:b/>
                <w:color w:val="1F4E79"/>
                <w:sz w:val="20"/>
              </w:rPr>
              <w:t xml:space="preserve"> công tác phí (M</w:t>
            </w:r>
            <w:r w:rsidRPr="006C690A">
              <w:rPr>
                <w:b/>
                <w:color w:val="1F4E79"/>
                <w:sz w:val="20"/>
              </w:rPr>
              <w:t>ụ</w:t>
            </w:r>
            <w:r w:rsidRPr="006C690A">
              <w:rPr>
                <w:b/>
                <w:color w:val="1F4E79"/>
                <w:sz w:val="20"/>
              </w:rPr>
              <w:t>c 6700)</w:t>
            </w:r>
          </w:p>
        </w:tc>
        <w:tc>
          <w:tcPr>
            <w:tcW w:w="460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Áp d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ng theo Thông tư 12/2025/TT-BTC:</w:t>
            </w:r>
            <w:r w:rsidRPr="006C690A">
              <w:rPr>
                <w:sz w:val="20"/>
              </w:rPr>
              <w:br/>
              <w:t>• T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 xml:space="preserve"> túc xe cá nhân đi công</w:t>
            </w:r>
            <w:r w:rsidRPr="006C690A">
              <w:rPr>
                <w:sz w:val="20"/>
              </w:rPr>
              <w:t xml:space="preserve"> tác cách tr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 xml:space="preserve"> s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 xml:space="preserve"> t</w:t>
            </w:r>
            <w:r w:rsidRPr="006C690A">
              <w:rPr>
                <w:sz w:val="20"/>
              </w:rPr>
              <w:t>ừ</w:t>
            </w:r>
            <w:r w:rsidRPr="006C690A">
              <w:rPr>
                <w:sz w:val="20"/>
              </w:rPr>
              <w:t xml:space="preserve"> 15 km tr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 xml:space="preserve"> lên: thanh toán khoán 4.000 đ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ng/km (theo kho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ng cách hành chính).</w:t>
            </w:r>
            <w:r w:rsidRPr="006C690A">
              <w:rPr>
                <w:sz w:val="20"/>
              </w:rPr>
              <w:br/>
              <w:t>• Cách t</w:t>
            </w:r>
            <w:r w:rsidRPr="006C690A">
              <w:rPr>
                <w:sz w:val="20"/>
              </w:rPr>
              <w:t>ừ</w:t>
            </w:r>
            <w:r w:rsidRPr="006C690A">
              <w:rPr>
                <w:sz w:val="20"/>
              </w:rPr>
              <w:t xml:space="preserve"> 10 km đ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n dư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i 15 km: không thanh toán ti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n xe, ch</w:t>
            </w:r>
            <w:r w:rsidRPr="006C690A">
              <w:rPr>
                <w:sz w:val="20"/>
              </w:rPr>
              <w:t>ỉ</w:t>
            </w:r>
            <w:r w:rsidRPr="006C690A">
              <w:rPr>
                <w:sz w:val="20"/>
              </w:rPr>
              <w:t xml:space="preserve"> tính ti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n ph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 xml:space="preserve"> c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p lưu trú.</w:t>
            </w:r>
            <w:r w:rsidRPr="006C690A">
              <w:rPr>
                <w:sz w:val="20"/>
              </w:rPr>
              <w:br/>
              <w:t>• Đi tàu xe, máy bay: thanh toán theo hóa đơn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 xml:space="preserve"> có duy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t c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>a 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trư</w:t>
            </w:r>
            <w:r w:rsidRPr="006C690A">
              <w:rPr>
                <w:sz w:val="20"/>
              </w:rPr>
              <w:t>ở</w:t>
            </w:r>
            <w:r w:rsidRPr="006C690A">
              <w:rPr>
                <w:sz w:val="20"/>
              </w:rPr>
              <w:t>ng.</w:t>
            </w:r>
          </w:p>
        </w:tc>
        <w:tc>
          <w:tcPr>
            <w:tcW w:w="244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Yêu c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u giáo viên có gi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y tri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u t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p, công l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nh, quy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đ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nh đi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u đ</w:t>
            </w:r>
            <w:r w:rsidRPr="006C690A">
              <w:rPr>
                <w:sz w:val="20"/>
              </w:rPr>
              <w:t>ộ</w:t>
            </w:r>
            <w:r w:rsidRPr="006C690A">
              <w:rPr>
                <w:sz w:val="20"/>
              </w:rPr>
              <w:t>ng và xác nh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n nơi đ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n.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Chi ho</w:t>
            </w:r>
            <w:r w:rsidRPr="006C690A">
              <w:rPr>
                <w:b/>
                <w:color w:val="1F4E79"/>
                <w:sz w:val="20"/>
              </w:rPr>
              <w:t>ạ</w:t>
            </w:r>
            <w:r w:rsidRPr="006C690A">
              <w:rPr>
                <w:b/>
                <w:color w:val="1F4E79"/>
                <w:sz w:val="20"/>
              </w:rPr>
              <w:t>t đ</w:t>
            </w:r>
            <w:r w:rsidRPr="006C690A">
              <w:rPr>
                <w:b/>
                <w:color w:val="1F4E79"/>
                <w:sz w:val="20"/>
              </w:rPr>
              <w:t>ộ</w:t>
            </w:r>
            <w:r w:rsidRPr="006C690A">
              <w:rPr>
                <w:b/>
                <w:color w:val="1F4E79"/>
                <w:sz w:val="20"/>
              </w:rPr>
              <w:t>ng chuyên môn (M</w:t>
            </w:r>
            <w:r w:rsidRPr="006C690A">
              <w:rPr>
                <w:b/>
                <w:color w:val="1F4E79"/>
                <w:sz w:val="20"/>
              </w:rPr>
              <w:t>ụ</w:t>
            </w:r>
            <w:r w:rsidRPr="006C690A">
              <w:rPr>
                <w:b/>
                <w:color w:val="1F4E79"/>
                <w:sz w:val="20"/>
              </w:rPr>
              <w:t>c 7000)</w:t>
            </w:r>
          </w:p>
        </w:tc>
        <w:tc>
          <w:tcPr>
            <w:tcW w:w="460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Chi mua ph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n vi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không b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i dùng cho gi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ng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theo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.</w:t>
            </w:r>
            <w:r w:rsidRPr="006C690A">
              <w:rPr>
                <w:sz w:val="20"/>
              </w:rPr>
              <w:br/>
              <w:t>• Chi ti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n trang ph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c GV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Th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 xml:space="preserve"> d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c &amp; GDQP theo hóa đơn</w:t>
            </w:r>
            <w:r w:rsidRPr="006C690A">
              <w:rPr>
                <w:sz w:val="20"/>
              </w:rPr>
              <w:t xml:space="preserve">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.</w:t>
            </w:r>
            <w:r w:rsidRPr="006C690A">
              <w:rPr>
                <w:sz w:val="20"/>
              </w:rPr>
              <w:br/>
              <w:t>• Chi b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i dư</w:t>
            </w:r>
            <w:r w:rsidRPr="006C690A">
              <w:rPr>
                <w:sz w:val="20"/>
              </w:rPr>
              <w:t>ỡ</w:t>
            </w:r>
            <w:r w:rsidRPr="006C690A">
              <w:rPr>
                <w:sz w:val="20"/>
              </w:rPr>
              <w:t>ng làm h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 xml:space="preserve"> sơ tuy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>n sinh đ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u c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p; h</w:t>
            </w:r>
            <w:r w:rsidRPr="006C690A">
              <w:rPr>
                <w:sz w:val="20"/>
              </w:rPr>
              <w:t>ỗ</w:t>
            </w:r>
            <w:r w:rsidRPr="006C690A">
              <w:rPr>
                <w:sz w:val="20"/>
              </w:rPr>
              <w:t xml:space="preserve"> tr</w:t>
            </w:r>
            <w:r w:rsidRPr="006C690A">
              <w:rPr>
                <w:sz w:val="20"/>
              </w:rPr>
              <w:t>ợ</w:t>
            </w:r>
            <w:r w:rsidRPr="006C690A">
              <w:rPr>
                <w:sz w:val="20"/>
              </w:rPr>
              <w:t xml:space="preserve"> GV d</w:t>
            </w:r>
            <w:r w:rsidRPr="006C690A">
              <w:rPr>
                <w:sz w:val="20"/>
              </w:rPr>
              <w:t>ẫ</w:t>
            </w:r>
            <w:r w:rsidRPr="006C690A">
              <w:rPr>
                <w:sz w:val="20"/>
              </w:rPr>
              <w:t>n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sinh thi TDTT, HKPĐ, HSG các c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p; chi mua s</w:t>
            </w:r>
            <w:r w:rsidRPr="006C690A">
              <w:rPr>
                <w:sz w:val="20"/>
              </w:rPr>
              <w:t>ắ</w:t>
            </w:r>
            <w:r w:rsidRPr="006C690A">
              <w:rPr>
                <w:sz w:val="20"/>
              </w:rPr>
              <w:t>m thi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b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 xml:space="preserve"> d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y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phát sinh.</w:t>
            </w:r>
          </w:p>
        </w:tc>
        <w:tc>
          <w:tcPr>
            <w:tcW w:w="24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T</w:t>
            </w:r>
            <w:r w:rsidRPr="006C690A">
              <w:rPr>
                <w:sz w:val="20"/>
              </w:rPr>
              <w:t>ổ</w:t>
            </w:r>
            <w:r w:rsidRPr="006C690A">
              <w:rPr>
                <w:sz w:val="20"/>
              </w:rPr>
              <w:t xml:space="preserve"> KHTN rà soát nhu c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u hóa ch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t, m</w:t>
            </w:r>
            <w:r w:rsidRPr="006C690A">
              <w:rPr>
                <w:sz w:val="20"/>
              </w:rPr>
              <w:t>ẫ</w:t>
            </w:r>
            <w:r w:rsidRPr="006C690A">
              <w:rPr>
                <w:sz w:val="20"/>
              </w:rPr>
              <w:t>u v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t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hành đ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 xml:space="preserve"> đ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 xml:space="preserve"> xu</w:t>
            </w:r>
            <w:r w:rsidRPr="006C690A">
              <w:rPr>
                <w:sz w:val="20"/>
              </w:rPr>
              <w:t>ấ</w:t>
            </w:r>
            <w:r w:rsidRPr="006C690A">
              <w:rPr>
                <w:sz w:val="20"/>
              </w:rPr>
              <w:t>t d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 xml:space="preserve"> toán k</w:t>
            </w:r>
            <w:r w:rsidRPr="006C690A">
              <w:rPr>
                <w:sz w:val="20"/>
              </w:rPr>
              <w:t>ị</w:t>
            </w:r>
            <w:r w:rsidRPr="006C690A">
              <w:rPr>
                <w:sz w:val="20"/>
              </w:rPr>
              <w:t>p th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i.</w:t>
            </w:r>
          </w:p>
        </w:tc>
      </w:tr>
      <w:tr w:rsidR="00A71AD2" w:rsidRPr="006C690A">
        <w:trPr>
          <w:jc w:val="center"/>
        </w:trPr>
        <w:tc>
          <w:tcPr>
            <w:tcW w:w="2592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b/>
                <w:color w:val="1F4E79"/>
                <w:sz w:val="20"/>
              </w:rPr>
              <w:t>Chi h</w:t>
            </w:r>
            <w:r w:rsidRPr="006C690A">
              <w:rPr>
                <w:b/>
                <w:color w:val="1F4E79"/>
                <w:sz w:val="20"/>
              </w:rPr>
              <w:t>ộ</w:t>
            </w:r>
            <w:r w:rsidRPr="006C690A">
              <w:rPr>
                <w:b/>
                <w:color w:val="1F4E79"/>
                <w:sz w:val="20"/>
              </w:rPr>
              <w:t>i h</w:t>
            </w:r>
            <w:r w:rsidRPr="006C690A">
              <w:rPr>
                <w:b/>
                <w:color w:val="1F4E79"/>
                <w:sz w:val="20"/>
              </w:rPr>
              <w:t>ọ</w:t>
            </w:r>
            <w:r w:rsidRPr="006C690A">
              <w:rPr>
                <w:b/>
                <w:color w:val="1F4E79"/>
                <w:sz w:val="20"/>
              </w:rPr>
              <w:t>p, phúc l</w:t>
            </w:r>
            <w:r w:rsidRPr="006C690A">
              <w:rPr>
                <w:b/>
                <w:color w:val="1F4E79"/>
                <w:sz w:val="20"/>
              </w:rPr>
              <w:t>ợ</w:t>
            </w:r>
            <w:r w:rsidRPr="006C690A">
              <w:rPr>
                <w:b/>
                <w:color w:val="1F4E79"/>
                <w:sz w:val="20"/>
              </w:rPr>
              <w:t>i &amp; Tă</w:t>
            </w:r>
            <w:r w:rsidRPr="006C690A">
              <w:rPr>
                <w:b/>
                <w:color w:val="1F4E79"/>
                <w:sz w:val="20"/>
              </w:rPr>
              <w:t>ng thu nh</w:t>
            </w:r>
            <w:r w:rsidRPr="006C690A">
              <w:rPr>
                <w:b/>
                <w:color w:val="1F4E79"/>
                <w:sz w:val="20"/>
              </w:rPr>
              <w:t>ậ</w:t>
            </w:r>
            <w:r w:rsidRPr="006C690A">
              <w:rPr>
                <w:b/>
                <w:color w:val="1F4E79"/>
                <w:sz w:val="20"/>
              </w:rPr>
              <w:t>p</w:t>
            </w:r>
          </w:p>
        </w:tc>
        <w:tc>
          <w:tcPr>
            <w:tcW w:w="460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• Nư</w:t>
            </w:r>
            <w:r w:rsidRPr="006C690A">
              <w:rPr>
                <w:sz w:val="20"/>
              </w:rPr>
              <w:t>ớ</w:t>
            </w:r>
            <w:r w:rsidRPr="006C690A">
              <w:rPr>
                <w:sz w:val="20"/>
              </w:rPr>
              <w:t>c u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ng, trà: 20.000 đ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ng/ngư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i/tháng.</w:t>
            </w:r>
            <w:r w:rsidRPr="006C690A">
              <w:rPr>
                <w:sz w:val="20"/>
              </w:rPr>
              <w:br/>
              <w:t>• Chi làm thêm gi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 xml:space="preserve"> th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>c t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 xml:space="preserve"> có phê duy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t c</w:t>
            </w:r>
            <w:r w:rsidRPr="006C690A">
              <w:rPr>
                <w:sz w:val="20"/>
              </w:rPr>
              <w:t>ủ</w:t>
            </w:r>
            <w:r w:rsidRPr="006C690A">
              <w:rPr>
                <w:sz w:val="20"/>
              </w:rPr>
              <w:t>a Lãnh đ</w:t>
            </w:r>
            <w:r w:rsidRPr="006C690A">
              <w:rPr>
                <w:sz w:val="20"/>
              </w:rPr>
              <w:t>ạ</w:t>
            </w:r>
            <w:r w:rsidRPr="006C690A">
              <w:rPr>
                <w:sz w:val="20"/>
              </w:rPr>
              <w:t>o.</w:t>
            </w:r>
            <w:r w:rsidRPr="006C690A">
              <w:rPr>
                <w:sz w:val="20"/>
              </w:rPr>
              <w:br/>
              <w:t>• Trích l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 Qu</w:t>
            </w:r>
            <w:r w:rsidRPr="006C690A">
              <w:rPr>
                <w:sz w:val="20"/>
              </w:rPr>
              <w:t>ỹ</w:t>
            </w:r>
            <w:r w:rsidRPr="006C690A">
              <w:rPr>
                <w:sz w:val="20"/>
              </w:rPr>
              <w:t xml:space="preserve"> C</w:t>
            </w:r>
            <w:r w:rsidRPr="006C690A">
              <w:rPr>
                <w:sz w:val="20"/>
              </w:rPr>
              <w:t>ả</w:t>
            </w:r>
            <w:r w:rsidRPr="006C690A">
              <w:rPr>
                <w:sz w:val="20"/>
              </w:rPr>
              <w:t>i cách ti</w:t>
            </w:r>
            <w:r w:rsidRPr="006C690A">
              <w:rPr>
                <w:sz w:val="20"/>
              </w:rPr>
              <w:t>ề</w:t>
            </w:r>
            <w:r w:rsidRPr="006C690A">
              <w:rPr>
                <w:sz w:val="20"/>
              </w:rPr>
              <w:t>n lương 40% t</w:t>
            </w:r>
            <w:r w:rsidRPr="006C690A">
              <w:rPr>
                <w:sz w:val="20"/>
              </w:rPr>
              <w:t>ừ</w:t>
            </w:r>
            <w:r w:rsidRPr="006C690A">
              <w:rPr>
                <w:sz w:val="20"/>
              </w:rPr>
              <w:t xml:space="preserve"> ngu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 h</w:t>
            </w:r>
            <w:r w:rsidRPr="006C690A">
              <w:rPr>
                <w:sz w:val="20"/>
              </w:rPr>
              <w:t>ọ</w:t>
            </w:r>
            <w:r w:rsidRPr="006C690A">
              <w:rPr>
                <w:sz w:val="20"/>
              </w:rPr>
              <w:t>c phí và thu s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 xml:space="preserve"> nghi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p.</w:t>
            </w:r>
            <w:r w:rsidRPr="006C690A">
              <w:rPr>
                <w:sz w:val="20"/>
              </w:rPr>
              <w:br/>
              <w:t>• D</w:t>
            </w:r>
            <w:r w:rsidRPr="006C690A">
              <w:rPr>
                <w:sz w:val="20"/>
              </w:rPr>
              <w:t>ự</w:t>
            </w:r>
            <w:r w:rsidRPr="006C690A">
              <w:rPr>
                <w:sz w:val="20"/>
              </w:rPr>
              <w:t xml:space="preserve"> ki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n k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dư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ki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m chi cu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i năm đ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 xml:space="preserve"> chi thu nh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 xml:space="preserve">p tăng thêm cho </w:t>
            </w:r>
            <w:r w:rsidRPr="006C690A">
              <w:rPr>
                <w:sz w:val="20"/>
              </w:rPr>
              <w:t>CB-GV-NV (M</w:t>
            </w:r>
            <w:r w:rsidRPr="006C690A">
              <w:rPr>
                <w:sz w:val="20"/>
              </w:rPr>
              <w:t>ụ</w:t>
            </w:r>
            <w:r w:rsidRPr="006C690A">
              <w:rPr>
                <w:sz w:val="20"/>
              </w:rPr>
              <w:t>c 6200).</w:t>
            </w:r>
          </w:p>
        </w:tc>
        <w:tc>
          <w:tcPr>
            <w:tcW w:w="2448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A71AD2" w:rsidRPr="006C690A" w:rsidRDefault="00BC4545">
            <w:pPr>
              <w:spacing w:after="20"/>
              <w:rPr>
                <w:sz w:val="24"/>
              </w:rPr>
            </w:pPr>
            <w:r w:rsidRPr="006C690A">
              <w:rPr>
                <w:sz w:val="20"/>
              </w:rPr>
              <w:t>Toàn th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 xml:space="preserve"> CB-GV-NV nâng cao tinh th</w:t>
            </w:r>
            <w:r w:rsidRPr="006C690A">
              <w:rPr>
                <w:sz w:val="20"/>
              </w:rPr>
              <w:t>ầ</w:t>
            </w:r>
            <w:r w:rsidRPr="006C690A">
              <w:rPr>
                <w:sz w:val="20"/>
              </w:rPr>
              <w:t>n ti</w:t>
            </w:r>
            <w:r w:rsidRPr="006C690A">
              <w:rPr>
                <w:sz w:val="20"/>
              </w:rPr>
              <w:t>ế</w:t>
            </w:r>
            <w:r w:rsidRPr="006C690A">
              <w:rPr>
                <w:sz w:val="20"/>
              </w:rPr>
              <w:t>t ki</w:t>
            </w:r>
            <w:r w:rsidRPr="006C690A">
              <w:rPr>
                <w:sz w:val="20"/>
              </w:rPr>
              <w:t>ệ</w:t>
            </w:r>
            <w:r w:rsidRPr="006C690A">
              <w:rPr>
                <w:sz w:val="20"/>
              </w:rPr>
              <w:t>m chi thư</w:t>
            </w:r>
            <w:r w:rsidRPr="006C690A">
              <w:rPr>
                <w:sz w:val="20"/>
              </w:rPr>
              <w:t>ờ</w:t>
            </w:r>
            <w:r w:rsidRPr="006C690A">
              <w:rPr>
                <w:sz w:val="20"/>
              </w:rPr>
              <w:t>ng xuyên đ</w:t>
            </w:r>
            <w:r w:rsidRPr="006C690A">
              <w:rPr>
                <w:sz w:val="20"/>
              </w:rPr>
              <w:t>ể</w:t>
            </w:r>
            <w:r w:rsidRPr="006C690A">
              <w:rPr>
                <w:sz w:val="20"/>
              </w:rPr>
              <w:t xml:space="preserve"> tăng ngu</w:t>
            </w:r>
            <w:r w:rsidRPr="006C690A">
              <w:rPr>
                <w:sz w:val="20"/>
              </w:rPr>
              <w:t>ồ</w:t>
            </w:r>
            <w:r w:rsidRPr="006C690A">
              <w:rPr>
                <w:sz w:val="20"/>
              </w:rPr>
              <w:t>n thu nh</w:t>
            </w:r>
            <w:r w:rsidRPr="006C690A">
              <w:rPr>
                <w:sz w:val="20"/>
              </w:rPr>
              <w:t>ậ</w:t>
            </w:r>
            <w:r w:rsidRPr="006C690A">
              <w:rPr>
                <w:sz w:val="20"/>
              </w:rPr>
              <w:t>p tăng thêm cu</w:t>
            </w:r>
            <w:r w:rsidRPr="006C690A">
              <w:rPr>
                <w:sz w:val="20"/>
              </w:rPr>
              <w:t>ố</w:t>
            </w:r>
            <w:r w:rsidRPr="006C690A">
              <w:rPr>
                <w:sz w:val="20"/>
              </w:rPr>
              <w:t>i năm.</w:t>
            </w:r>
          </w:p>
        </w:tc>
      </w:tr>
    </w:tbl>
    <w:p w:rsidR="00A71AD2" w:rsidRPr="006C690A" w:rsidRDefault="00A71AD2">
      <w:pPr>
        <w:spacing w:after="80"/>
        <w:rPr>
          <w:sz w:val="24"/>
        </w:rPr>
      </w:pP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VI. BÁO CÁO HO</w:t>
      </w:r>
      <w:r w:rsidRPr="006C690A">
        <w:rPr>
          <w:b/>
          <w:color w:val="1F4E79"/>
          <w:sz w:val="28"/>
        </w:rPr>
        <w:t>Ạ</w:t>
      </w:r>
      <w:r w:rsidRPr="006C690A">
        <w:rPr>
          <w:b/>
          <w:color w:val="1F4E79"/>
          <w:sz w:val="28"/>
        </w:rPr>
        <w:t>T Đ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NG C</w:t>
      </w:r>
      <w:r w:rsidRPr="006C690A">
        <w:rPr>
          <w:b/>
          <w:color w:val="1F4E79"/>
          <w:sz w:val="28"/>
        </w:rPr>
        <w:t>Ủ</w:t>
      </w:r>
      <w:r w:rsidRPr="006C690A">
        <w:rPr>
          <w:b/>
          <w:color w:val="1F4E79"/>
          <w:sz w:val="28"/>
        </w:rPr>
        <w:t>A BAN THANH TRA NHÂN DÂN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2025-2026 VÀ PHƯƠNG HƯ</w:t>
      </w:r>
      <w:r w:rsidRPr="006C690A">
        <w:rPr>
          <w:b/>
          <w:color w:val="1F4E79"/>
          <w:sz w:val="28"/>
        </w:rPr>
        <w:t>Ớ</w:t>
      </w:r>
      <w:r w:rsidRPr="006C690A">
        <w:rPr>
          <w:b/>
          <w:color w:val="1F4E79"/>
          <w:sz w:val="28"/>
        </w:rPr>
        <w:t>NG CÔNG TÁC NĂM H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C 2026-2027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1. K</w:t>
      </w:r>
      <w:r w:rsidRPr="006C690A">
        <w:rPr>
          <w:b/>
          <w:color w:val="2F5597"/>
          <w:sz w:val="24"/>
        </w:rPr>
        <w:t>ế</w:t>
      </w:r>
      <w:r w:rsidRPr="006C690A">
        <w:rPr>
          <w:b/>
          <w:color w:val="2F5597"/>
          <w:sz w:val="24"/>
        </w:rPr>
        <w:t>t qu</w:t>
      </w:r>
      <w:r w:rsidRPr="006C690A">
        <w:rPr>
          <w:b/>
          <w:color w:val="2F5597"/>
          <w:sz w:val="24"/>
        </w:rPr>
        <w:t>ả</w:t>
      </w:r>
      <w:r w:rsidRPr="006C690A">
        <w:rPr>
          <w:b/>
          <w:color w:val="2F5597"/>
          <w:sz w:val="24"/>
        </w:rPr>
        <w:t xml:space="preserve"> </w:t>
      </w:r>
      <w:r w:rsidRPr="006C690A">
        <w:rPr>
          <w:b/>
          <w:color w:val="2F5597"/>
          <w:sz w:val="24"/>
        </w:rPr>
        <w:t>th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>c 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n công tác giám sát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2025-2026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T</w:t>
      </w:r>
      <w:r w:rsidRPr="006C690A">
        <w:rPr>
          <w:b/>
        </w:rPr>
        <w:t>ổ</w:t>
      </w:r>
      <w:r w:rsidRPr="006C690A">
        <w:rPr>
          <w:b/>
        </w:rPr>
        <w:t xml:space="preserve"> ch</w:t>
      </w:r>
      <w:r w:rsidRPr="006C690A">
        <w:rPr>
          <w:b/>
        </w:rPr>
        <w:t>ứ</w:t>
      </w:r>
      <w:r w:rsidRPr="006C690A">
        <w:rPr>
          <w:b/>
        </w:rPr>
        <w:t>c &amp; nhân s</w:t>
      </w:r>
      <w:r w:rsidRPr="006C690A">
        <w:rPr>
          <w:b/>
        </w:rPr>
        <w:t>ự</w:t>
      </w:r>
      <w:r w:rsidRPr="006C690A">
        <w:rPr>
          <w:b/>
        </w:rPr>
        <w:t xml:space="preserve">: </w:t>
      </w:r>
      <w:r w:rsidRPr="006C690A">
        <w:t>Ban TTND g</w:t>
      </w:r>
      <w:r w:rsidRPr="006C690A">
        <w:t>ồ</w:t>
      </w:r>
      <w:r w:rsidRPr="006C690A">
        <w:t>m 05 thành viên do Th</w:t>
      </w:r>
      <w:r w:rsidRPr="006C690A">
        <w:t>ầ</w:t>
      </w:r>
      <w:r w:rsidRPr="006C690A">
        <w:t>y Phan Trung H</w:t>
      </w:r>
      <w:r w:rsidRPr="006C690A">
        <w:t>ậ</w:t>
      </w:r>
      <w:r w:rsidRPr="006C690A">
        <w:t>u làm Trư</w:t>
      </w:r>
      <w:r w:rsidRPr="006C690A">
        <w:t>ở</w:t>
      </w:r>
      <w:r w:rsidRPr="006C690A">
        <w:t>ng ban; ho</w:t>
      </w:r>
      <w:r w:rsidRPr="006C690A">
        <w:t>ạ</w:t>
      </w:r>
      <w:r w:rsidRPr="006C690A">
        <w:t>t đ</w:t>
      </w:r>
      <w:r w:rsidRPr="006C690A">
        <w:t>ộ</w:t>
      </w:r>
      <w:r w:rsidRPr="006C690A">
        <w:t>ng theo nguyên t</w:t>
      </w:r>
      <w:r w:rsidRPr="006C690A">
        <w:t>ắ</w:t>
      </w:r>
      <w:r w:rsidRPr="006C690A">
        <w:t>c dân ch</w:t>
      </w:r>
      <w:r w:rsidRPr="006C690A">
        <w:t>ủ</w:t>
      </w:r>
      <w:r w:rsidRPr="006C690A">
        <w:t>, khách quan, bi</w:t>
      </w:r>
      <w:r w:rsidRPr="006C690A">
        <w:t>ể</w:t>
      </w:r>
      <w:r w:rsidRPr="006C690A">
        <w:t>u quy</w:t>
      </w:r>
      <w:r w:rsidRPr="006C690A">
        <w:t>ế</w:t>
      </w:r>
      <w:r w:rsidRPr="006C690A">
        <w:t>t theo đa s</w:t>
      </w:r>
      <w:r w:rsidRPr="006C690A">
        <w:t>ố</w:t>
      </w:r>
      <w:r w:rsidRPr="006C690A">
        <w:t>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</w:t>
      </w:r>
      <w:r w:rsidRPr="006C690A">
        <w:rPr>
          <w:b/>
        </w:rPr>
        <w:t>ộ</w:t>
      </w:r>
      <w:r w:rsidRPr="006C690A">
        <w:rPr>
          <w:b/>
        </w:rPr>
        <w:t xml:space="preserve">i dung giám sát: </w:t>
      </w:r>
      <w:r w:rsidRPr="006C690A">
        <w:t>Giám sát vi</w:t>
      </w:r>
      <w:r w:rsidRPr="006C690A">
        <w:t>ệ</w:t>
      </w:r>
      <w:r w:rsidRPr="006C690A">
        <w:t>c ch</w:t>
      </w:r>
      <w:r w:rsidRPr="006C690A">
        <w:t>ấ</w:t>
      </w:r>
      <w:r w:rsidRPr="006C690A">
        <w:t>p hành đư</w:t>
      </w:r>
      <w:r w:rsidRPr="006C690A">
        <w:t>ờ</w:t>
      </w:r>
      <w:r w:rsidRPr="006C690A">
        <w:t>ng l</w:t>
      </w:r>
      <w:r w:rsidRPr="006C690A">
        <w:t>ố</w:t>
      </w:r>
      <w:r w:rsidRPr="006C690A">
        <w:t>i, c</w:t>
      </w:r>
      <w:r w:rsidRPr="006C690A">
        <w:t>hính sách pháp lu</w:t>
      </w:r>
      <w:r w:rsidRPr="006C690A">
        <w:t>ậ</w:t>
      </w:r>
      <w:r w:rsidRPr="006C690A">
        <w:t>t và Ngh</w:t>
      </w:r>
      <w:r w:rsidRPr="006C690A">
        <w:t>ị</w:t>
      </w:r>
      <w:r w:rsidRPr="006C690A">
        <w:t xml:space="preserve"> quy</w:t>
      </w:r>
      <w:r w:rsidRPr="006C690A">
        <w:t>ế</w:t>
      </w:r>
      <w:r w:rsidRPr="006C690A">
        <w:t>t H</w:t>
      </w:r>
      <w:r w:rsidRPr="006C690A">
        <w:t>ộ</w:t>
      </w:r>
      <w:r w:rsidRPr="006C690A">
        <w:t>i ngh</w:t>
      </w:r>
      <w:r w:rsidRPr="006C690A">
        <w:t>ị</w:t>
      </w:r>
      <w:r w:rsidRPr="006C690A">
        <w:t xml:space="preserve"> VC-NLĐ; giám sát công tác qu</w:t>
      </w:r>
      <w:r w:rsidRPr="006C690A">
        <w:t>ả</w:t>
      </w:r>
      <w:r w:rsidRPr="006C690A">
        <w:t>n lý tài chính, thu chi h</w:t>
      </w:r>
      <w:r w:rsidRPr="006C690A">
        <w:t>ọ</w:t>
      </w:r>
      <w:r w:rsidRPr="006C690A">
        <w:t>c phí không dùng ti</w:t>
      </w:r>
      <w:r w:rsidRPr="006C690A">
        <w:t>ề</w:t>
      </w:r>
      <w:r w:rsidRPr="006C690A">
        <w:t>n m</w:t>
      </w:r>
      <w:r w:rsidRPr="006C690A">
        <w:t>ặ</w:t>
      </w:r>
      <w:r w:rsidRPr="006C690A">
        <w:t>t và vi</w:t>
      </w:r>
      <w:r w:rsidRPr="006C690A">
        <w:t>ệ</w:t>
      </w:r>
      <w:r w:rsidRPr="006C690A">
        <w:t>c công khai tài s</w:t>
      </w:r>
      <w:r w:rsidRPr="006C690A">
        <w:t>ả</w:t>
      </w:r>
      <w:r w:rsidRPr="006C690A">
        <w:t>n công.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Giám sát ch</w:t>
      </w:r>
      <w:r w:rsidRPr="006C690A">
        <w:rPr>
          <w:b/>
        </w:rPr>
        <w:t>ế</w:t>
      </w:r>
      <w:r w:rsidRPr="006C690A">
        <w:rPr>
          <w:b/>
        </w:rPr>
        <w:t xml:space="preserve"> đ</w:t>
      </w:r>
      <w:r w:rsidRPr="006C690A">
        <w:rPr>
          <w:b/>
        </w:rPr>
        <w:t>ộ</w:t>
      </w:r>
      <w:r w:rsidRPr="006C690A">
        <w:rPr>
          <w:b/>
        </w:rPr>
        <w:t xml:space="preserve"> chính sách: </w:t>
      </w:r>
      <w:r w:rsidRPr="006C690A">
        <w:t>Giám sát vi</w:t>
      </w:r>
      <w:r w:rsidRPr="006C690A">
        <w:t>ệ</w:t>
      </w:r>
      <w:r w:rsidRPr="006C690A">
        <w:t>c th</w:t>
      </w:r>
      <w:r w:rsidRPr="006C690A">
        <w:t>ự</w:t>
      </w:r>
      <w:r w:rsidRPr="006C690A">
        <w:t>c hi</w:t>
      </w:r>
      <w:r w:rsidRPr="006C690A">
        <w:t>ệ</w:t>
      </w:r>
      <w:r w:rsidRPr="006C690A">
        <w:t>n ch</w:t>
      </w:r>
      <w:r w:rsidRPr="006C690A">
        <w:t>ế</w:t>
      </w:r>
      <w:r w:rsidRPr="006C690A">
        <w:t xml:space="preserve"> đ</w:t>
      </w:r>
      <w:r w:rsidRPr="006C690A">
        <w:t>ộ</w:t>
      </w:r>
      <w:r w:rsidRPr="006C690A">
        <w:t xml:space="preserve"> chính sách: nâng lương đ</w:t>
      </w:r>
      <w:r w:rsidRPr="006C690A">
        <w:t>ị</w:t>
      </w:r>
      <w:r w:rsidRPr="006C690A">
        <w:t>nh k</w:t>
      </w:r>
      <w:r w:rsidRPr="006C690A">
        <w:t>ỳ</w:t>
      </w:r>
      <w:r w:rsidRPr="006C690A">
        <w:t>, nâng lươn</w:t>
      </w:r>
      <w:r w:rsidRPr="006C690A">
        <w:t>g trư</w:t>
      </w:r>
      <w:r w:rsidRPr="006C690A">
        <w:t>ớ</w:t>
      </w:r>
      <w:r w:rsidRPr="006C690A">
        <w:t>c th</w:t>
      </w:r>
      <w:r w:rsidRPr="006C690A">
        <w:t>ờ</w:t>
      </w:r>
      <w:r w:rsidRPr="006C690A">
        <w:t>i h</w:t>
      </w:r>
      <w:r w:rsidRPr="006C690A">
        <w:t>ạ</w:t>
      </w:r>
      <w:r w:rsidRPr="006C690A">
        <w:t>n cho 10 giáo viên, ph</w:t>
      </w:r>
      <w:r w:rsidRPr="006C690A">
        <w:t>ụ</w:t>
      </w:r>
      <w:r w:rsidRPr="006C690A">
        <w:t xml:space="preserve"> c</w:t>
      </w:r>
      <w:r w:rsidRPr="006C690A">
        <w:t>ấ</w:t>
      </w:r>
      <w:r w:rsidRPr="006C690A">
        <w:t>p ngh</w:t>
      </w:r>
      <w:r w:rsidRPr="006C690A">
        <w:t>ề</w:t>
      </w:r>
      <w:r w:rsidRPr="006C690A">
        <w:t>, BHYT, BHXH và công tác thi đua khen thư</w:t>
      </w:r>
      <w:r w:rsidRPr="006C690A">
        <w:t>ở</w:t>
      </w:r>
      <w:r w:rsidRPr="006C690A">
        <w:t>ng.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K</w:t>
      </w:r>
      <w:r w:rsidRPr="006C690A">
        <w:rPr>
          <w:b/>
        </w:rPr>
        <w:t>ế</w:t>
      </w:r>
      <w:r w:rsidRPr="006C690A">
        <w:rPr>
          <w:b/>
        </w:rPr>
        <w:t>t qu</w:t>
      </w:r>
      <w:r w:rsidRPr="006C690A">
        <w:rPr>
          <w:b/>
        </w:rPr>
        <w:t>ả</w:t>
      </w:r>
      <w:r w:rsidRPr="006C690A">
        <w:rPr>
          <w:b/>
        </w:rPr>
        <w:t xml:space="preserve"> xác minh, khi</w:t>
      </w:r>
      <w:r w:rsidRPr="006C690A">
        <w:rPr>
          <w:b/>
        </w:rPr>
        <w:t>ế</w:t>
      </w:r>
      <w:r w:rsidRPr="006C690A">
        <w:rPr>
          <w:b/>
        </w:rPr>
        <w:t>u n</w:t>
      </w:r>
      <w:r w:rsidRPr="006C690A">
        <w:rPr>
          <w:b/>
        </w:rPr>
        <w:t>ạ</w:t>
      </w:r>
      <w:r w:rsidRPr="006C690A">
        <w:rPr>
          <w:b/>
        </w:rPr>
        <w:t xml:space="preserve">i: </w:t>
      </w:r>
      <w:r w:rsidRPr="006C690A">
        <w:t>Trong năm h</w:t>
      </w:r>
      <w:r w:rsidRPr="006C690A">
        <w:t>ọ</w:t>
      </w:r>
      <w:r w:rsidRPr="006C690A">
        <w:t>c 2025-2026, Ban TTND không ti</w:t>
      </w:r>
      <w:r w:rsidRPr="006C690A">
        <w:t>ế</w:t>
      </w:r>
      <w:r w:rsidRPr="006C690A">
        <w:t>p nh</w:t>
      </w:r>
      <w:r w:rsidRPr="006C690A">
        <w:t>ậ</w:t>
      </w:r>
      <w:r w:rsidRPr="006C690A">
        <w:t>n đơn thư khi</w:t>
      </w:r>
      <w:r w:rsidRPr="006C690A">
        <w:t>ế</w:t>
      </w:r>
      <w:r w:rsidRPr="006C690A">
        <w:t>u n</w:t>
      </w:r>
      <w:r w:rsidRPr="006C690A">
        <w:t>ạ</w:t>
      </w:r>
      <w:r w:rsidRPr="006C690A">
        <w:t>i, t</w:t>
      </w:r>
      <w:r w:rsidRPr="006C690A">
        <w:t>ố</w:t>
      </w:r>
      <w:r w:rsidRPr="006C690A">
        <w:t xml:space="preserve"> cáo nào t</w:t>
      </w:r>
      <w:r w:rsidRPr="006C690A">
        <w:t>ừ</w:t>
      </w:r>
      <w:r w:rsidRPr="006C690A">
        <w:t xml:space="preserve"> cán b</w:t>
      </w:r>
      <w:r w:rsidRPr="006C690A">
        <w:t>ộ</w:t>
      </w:r>
      <w:r w:rsidRPr="006C690A">
        <w:t>, giáo viên, nhân viên;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</w:t>
      </w:r>
      <w:r w:rsidRPr="006C690A">
        <w:t>ổ</w:t>
      </w:r>
      <w:r w:rsidRPr="006C690A">
        <w:t>n đ</w:t>
      </w:r>
      <w:r w:rsidRPr="006C690A">
        <w:t>ị</w:t>
      </w:r>
      <w:r w:rsidRPr="006C690A">
        <w:t>nh, không</w:t>
      </w:r>
      <w:r w:rsidRPr="006C690A">
        <w:t xml:space="preserve"> có hi</w:t>
      </w:r>
      <w:r w:rsidRPr="006C690A">
        <w:t>ệ</w:t>
      </w:r>
      <w:r w:rsidRPr="006C690A">
        <w:t>n tư</w:t>
      </w:r>
      <w:r w:rsidRPr="006C690A">
        <w:t>ợ</w:t>
      </w:r>
      <w:r w:rsidRPr="006C690A">
        <w:t>ng tiêu c</w:t>
      </w:r>
      <w:r w:rsidRPr="006C690A">
        <w:t>ự</w:t>
      </w:r>
      <w:r w:rsidRPr="006C690A">
        <w:t>c hay vi ph</w:t>
      </w:r>
      <w:r w:rsidRPr="006C690A">
        <w:t>ạ</w:t>
      </w:r>
      <w:r w:rsidRPr="006C690A">
        <w:t>m k</w:t>
      </w:r>
      <w:r w:rsidRPr="006C690A">
        <w:t>ỷ</w:t>
      </w:r>
      <w:r w:rsidRPr="006C690A">
        <w:t xml:space="preserve"> lu</w:t>
      </w:r>
      <w:r w:rsidRPr="006C690A">
        <w:t>ậ</w:t>
      </w:r>
      <w:r w:rsidRPr="006C690A">
        <w:t>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lastRenderedPageBreak/>
        <w:t>T</w:t>
      </w:r>
      <w:r w:rsidRPr="006C690A">
        <w:rPr>
          <w:b/>
        </w:rPr>
        <w:t>ồ</w:t>
      </w:r>
      <w:r w:rsidRPr="006C690A">
        <w:rPr>
          <w:b/>
        </w:rPr>
        <w:t>n t</w:t>
      </w:r>
      <w:r w:rsidRPr="006C690A">
        <w:rPr>
          <w:b/>
        </w:rPr>
        <w:t>ạ</w:t>
      </w:r>
      <w:r w:rsidRPr="006C690A">
        <w:rPr>
          <w:b/>
        </w:rPr>
        <w:t>i, h</w:t>
      </w:r>
      <w:r w:rsidRPr="006C690A">
        <w:rPr>
          <w:b/>
        </w:rPr>
        <w:t>ạ</w:t>
      </w:r>
      <w:r w:rsidRPr="006C690A">
        <w:rPr>
          <w:b/>
        </w:rPr>
        <w:t>n ch</w:t>
      </w:r>
      <w:r w:rsidRPr="006C690A">
        <w:rPr>
          <w:b/>
        </w:rPr>
        <w:t>ế</w:t>
      </w:r>
      <w:r w:rsidRPr="006C690A">
        <w:rPr>
          <w:b/>
        </w:rPr>
        <w:t xml:space="preserve">: </w:t>
      </w:r>
      <w:r w:rsidRPr="006C690A">
        <w:t>Ho</w:t>
      </w:r>
      <w:r w:rsidRPr="006C690A">
        <w:t>ạ</w:t>
      </w:r>
      <w:r w:rsidRPr="006C690A">
        <w:t>t đ</w:t>
      </w:r>
      <w:r w:rsidRPr="006C690A">
        <w:t>ộ</w:t>
      </w:r>
      <w:r w:rsidRPr="006C690A">
        <w:t xml:space="preserve">ng giám sát </w:t>
      </w:r>
      <w:r w:rsidRPr="006C690A">
        <w:t>ở</w:t>
      </w:r>
      <w:r w:rsidRPr="006C690A">
        <w:t xml:space="preserve"> m</w:t>
      </w:r>
      <w:r w:rsidRPr="006C690A">
        <w:t>ộ</w:t>
      </w:r>
      <w:r w:rsidRPr="006C690A">
        <w:t>t s</w:t>
      </w:r>
      <w:r w:rsidRPr="006C690A">
        <w:t>ố</w:t>
      </w:r>
      <w:r w:rsidRPr="006C690A">
        <w:t xml:space="preserve"> th</w:t>
      </w:r>
      <w:r w:rsidRPr="006C690A">
        <w:t>ờ</w:t>
      </w:r>
      <w:r w:rsidRPr="006C690A">
        <w:t>i đi</w:t>
      </w:r>
      <w:r w:rsidRPr="006C690A">
        <w:t>ể</w:t>
      </w:r>
      <w:r w:rsidRPr="006C690A">
        <w:t>m chưa th</w:t>
      </w:r>
      <w:r w:rsidRPr="006C690A">
        <w:t>ậ</w:t>
      </w:r>
      <w:r w:rsidRPr="006C690A">
        <w:t>t sâu sát; chưa t</w:t>
      </w:r>
      <w:r w:rsidRPr="006C690A">
        <w:t>ổ</w:t>
      </w:r>
      <w:r w:rsidRPr="006C690A">
        <w:t xml:space="preserve"> ch</w:t>
      </w:r>
      <w:r w:rsidRPr="006C690A">
        <w:t>ứ</w:t>
      </w:r>
      <w:r w:rsidRPr="006C690A">
        <w:t>c đư</w:t>
      </w:r>
      <w:r w:rsidRPr="006C690A">
        <w:t>ợ</w:t>
      </w:r>
      <w:r w:rsidRPr="006C690A">
        <w:t>c các đ</w:t>
      </w:r>
      <w:r w:rsidRPr="006C690A">
        <w:t>ợ</w:t>
      </w:r>
      <w:r w:rsidRPr="006C690A">
        <w:t>t ki</w:t>
      </w:r>
      <w:r w:rsidRPr="006C690A">
        <w:t>ể</w:t>
      </w:r>
      <w:r w:rsidRPr="006C690A">
        <w:t>m tra đ</w:t>
      </w:r>
      <w:r w:rsidRPr="006C690A">
        <w:t>ộ</w:t>
      </w:r>
      <w:r w:rsidRPr="006C690A">
        <w:t>c l</w:t>
      </w:r>
      <w:r w:rsidRPr="006C690A">
        <w:t>ậ</w:t>
      </w:r>
      <w:r w:rsidRPr="006C690A">
        <w:t>p đ</w:t>
      </w:r>
      <w:r w:rsidRPr="006C690A">
        <w:t>ị</w:t>
      </w:r>
      <w:r w:rsidRPr="006C690A">
        <w:t>nh k</w:t>
      </w:r>
      <w:r w:rsidRPr="006C690A">
        <w:t>ỳ</w:t>
      </w:r>
      <w:r w:rsidRPr="006C690A">
        <w:t xml:space="preserve"> v</w:t>
      </w:r>
      <w:r w:rsidRPr="006C690A">
        <w:t>ề</w:t>
      </w:r>
      <w:r w:rsidRPr="006C690A">
        <w:t xml:space="preserve"> tài chính, mua s</w:t>
      </w:r>
      <w:r w:rsidRPr="006C690A">
        <w:t>ắ</w:t>
      </w:r>
      <w:r w:rsidRPr="006C690A">
        <w:t>m CSVC và tuy</w:t>
      </w:r>
      <w:r w:rsidRPr="006C690A">
        <w:t>ể</w:t>
      </w:r>
      <w:r w:rsidRPr="006C690A">
        <w:t>n sinh do chưa có Quy</w:t>
      </w:r>
      <w:r w:rsidRPr="006C690A">
        <w:t>ế</w:t>
      </w:r>
      <w:r w:rsidRPr="006C690A">
        <w:t>t đ</w:t>
      </w:r>
      <w:r w:rsidRPr="006C690A">
        <w:t>ị</w:t>
      </w:r>
      <w:r w:rsidRPr="006C690A">
        <w:t>nh thành l</w:t>
      </w:r>
      <w:r w:rsidRPr="006C690A">
        <w:t>ậ</w:t>
      </w:r>
      <w:r w:rsidRPr="006C690A">
        <w:t>p đoàn thanh t</w:t>
      </w:r>
      <w:r w:rsidRPr="006C690A">
        <w:t>ra t</w:t>
      </w:r>
      <w:r w:rsidRPr="006C690A">
        <w:t>ừ</w:t>
      </w:r>
      <w:r w:rsidRPr="006C690A">
        <w:t xml:space="preserve"> Th</w:t>
      </w:r>
      <w:r w:rsidRPr="006C690A">
        <w:t>ủ</w:t>
      </w:r>
      <w:r w:rsidRPr="006C690A">
        <w:t xml:space="preserve"> trư</w:t>
      </w:r>
      <w:r w:rsidRPr="006C690A">
        <w:t>ở</w:t>
      </w:r>
      <w:r w:rsidRPr="006C690A">
        <w:t>ng. Nguyên nhân do các thành viên đ</w:t>
      </w:r>
      <w:r w:rsidRPr="006C690A">
        <w:t>ề</w:t>
      </w:r>
      <w:r w:rsidRPr="006C690A">
        <w:t>u kiêm nhi</w:t>
      </w:r>
      <w:r w:rsidRPr="006C690A">
        <w:t>ệ</w:t>
      </w:r>
      <w:r w:rsidRPr="006C690A">
        <w:t>m công tác gi</w:t>
      </w:r>
      <w:r w:rsidRPr="006C690A">
        <w:t>ả</w:t>
      </w:r>
      <w:r w:rsidRPr="006C690A">
        <w:t>ng d</w:t>
      </w:r>
      <w:r w:rsidRPr="006C690A">
        <w:t>ạ</w:t>
      </w:r>
      <w:r w:rsidRPr="006C690A">
        <w:t>y, áp l</w:t>
      </w:r>
      <w:r w:rsidRPr="006C690A">
        <w:t>ự</w:t>
      </w:r>
      <w:r w:rsidRPr="006C690A">
        <w:t>c chuyên môn l</w:t>
      </w:r>
      <w:r w:rsidRPr="006C690A">
        <w:t>ớ</w:t>
      </w:r>
      <w:r w:rsidRPr="006C690A">
        <w:t>n.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Ki</w:t>
      </w:r>
      <w:r w:rsidRPr="006C690A">
        <w:rPr>
          <w:b/>
        </w:rPr>
        <w:t>ế</w:t>
      </w:r>
      <w:r w:rsidRPr="006C690A">
        <w:rPr>
          <w:b/>
        </w:rPr>
        <w:t>n ngh</w:t>
      </w:r>
      <w:r w:rsidRPr="006C690A">
        <w:rPr>
          <w:b/>
        </w:rPr>
        <w:t>ị</w:t>
      </w:r>
      <w:r w:rsidRPr="006C690A">
        <w:rPr>
          <w:b/>
        </w:rPr>
        <w:t xml:space="preserve"> c</w:t>
      </w:r>
      <w:r w:rsidRPr="006C690A">
        <w:rPr>
          <w:b/>
        </w:rPr>
        <w:t>ủ</w:t>
      </w:r>
      <w:r w:rsidRPr="006C690A">
        <w:rPr>
          <w:b/>
        </w:rPr>
        <w:t xml:space="preserve">a Ban TTND: </w:t>
      </w:r>
      <w:r w:rsidRPr="006C690A">
        <w:t>Đ</w:t>
      </w:r>
      <w:r w:rsidRPr="006C690A">
        <w:t>ề</w:t>
      </w:r>
      <w:r w:rsidRPr="006C690A">
        <w:t xml:space="preserve"> ngh</w:t>
      </w:r>
      <w:r w:rsidRPr="006C690A">
        <w:t>ị</w:t>
      </w:r>
      <w:r w:rsidRPr="006C690A">
        <w:t xml:space="preserve"> Lãnh đ</w:t>
      </w:r>
      <w:r w:rsidRPr="006C690A">
        <w:t>ạ</w:t>
      </w:r>
      <w:r w:rsidRPr="006C690A">
        <w:t>o nhà trư</w:t>
      </w:r>
      <w:r w:rsidRPr="006C690A">
        <w:t>ờ</w:t>
      </w:r>
      <w:r w:rsidRPr="006C690A">
        <w:t>ng t</w:t>
      </w:r>
      <w:r w:rsidRPr="006C690A">
        <w:t>ạ</w:t>
      </w:r>
      <w:r w:rsidRPr="006C690A">
        <w:t>o đi</w:t>
      </w:r>
      <w:r w:rsidRPr="006C690A">
        <w:t>ề</w:t>
      </w:r>
      <w:r w:rsidRPr="006C690A">
        <w:t>u ki</w:t>
      </w:r>
      <w:r w:rsidRPr="006C690A">
        <w:t>ệ</w:t>
      </w:r>
      <w:r w:rsidRPr="006C690A">
        <w:t>n c</w:t>
      </w:r>
      <w:r w:rsidRPr="006C690A">
        <w:t>ử</w:t>
      </w:r>
      <w:r w:rsidRPr="006C690A">
        <w:t xml:space="preserve"> thành viên t</w:t>
      </w:r>
      <w:r w:rsidRPr="006C690A">
        <w:t>ậ</w:t>
      </w:r>
      <w:r w:rsidRPr="006C690A">
        <w:t>p hu</w:t>
      </w:r>
      <w:r w:rsidRPr="006C690A">
        <w:t>ấ</w:t>
      </w:r>
      <w:r w:rsidRPr="006C690A">
        <w:t>n nghi</w:t>
      </w:r>
      <w:r w:rsidRPr="006C690A">
        <w:t>ệ</w:t>
      </w:r>
      <w:r w:rsidRPr="006C690A">
        <w:t>p v</w:t>
      </w:r>
      <w:r w:rsidRPr="006C690A">
        <w:t>ụ</w:t>
      </w:r>
      <w:r w:rsidRPr="006C690A">
        <w:t xml:space="preserve"> thanh tra; ban hành Quy</w:t>
      </w:r>
      <w:r w:rsidRPr="006C690A">
        <w:t>ế</w:t>
      </w:r>
      <w:r w:rsidRPr="006C690A">
        <w:t>t đ</w:t>
      </w:r>
      <w:r w:rsidRPr="006C690A">
        <w:t>ị</w:t>
      </w:r>
      <w:r w:rsidRPr="006C690A">
        <w:t>nh thành l</w:t>
      </w:r>
      <w:r w:rsidRPr="006C690A">
        <w:t>ậ</w:t>
      </w:r>
      <w:r w:rsidRPr="006C690A">
        <w:t>p đoàn ki</w:t>
      </w:r>
      <w:r w:rsidRPr="006C690A">
        <w:t>ể</w:t>
      </w:r>
      <w:r w:rsidRPr="006C690A">
        <w:t xml:space="preserve">m </w:t>
      </w:r>
      <w:r w:rsidRPr="006C690A">
        <w:t>tra chuyên sâu CSVC, tài chính; b</w:t>
      </w:r>
      <w:r w:rsidRPr="006C690A">
        <w:t>ổ</w:t>
      </w:r>
      <w:r w:rsidRPr="006C690A">
        <w:t xml:space="preserve"> sung qu</w:t>
      </w:r>
      <w:r w:rsidRPr="006C690A">
        <w:t>ạ</w:t>
      </w:r>
      <w:r w:rsidRPr="006C690A">
        <w:t>t mát, smart TV phòng h</w:t>
      </w:r>
      <w:r w:rsidRPr="006C690A">
        <w:t>ọ</w:t>
      </w:r>
      <w:r w:rsidRPr="006C690A">
        <w:t>c và nâng c</w:t>
      </w:r>
      <w:r w:rsidRPr="006C690A">
        <w:t>ấ</w:t>
      </w:r>
      <w:r w:rsidRPr="006C690A">
        <w:t>p đư</w:t>
      </w:r>
      <w:r w:rsidRPr="006C690A">
        <w:t>ờ</w:t>
      </w:r>
      <w:r w:rsidRPr="006C690A">
        <w:t>ng truy</w:t>
      </w:r>
      <w:r w:rsidRPr="006C690A">
        <w:t>ề</w:t>
      </w:r>
      <w:r w:rsidRPr="006C690A">
        <w:t xml:space="preserve">n Wifi đáp </w:t>
      </w:r>
      <w:r w:rsidRPr="006C690A">
        <w:t>ứ</w:t>
      </w:r>
      <w:r w:rsidRPr="006C690A">
        <w:t>ng chuy</w:t>
      </w:r>
      <w:r w:rsidRPr="006C690A">
        <w:t>ể</w:t>
      </w:r>
      <w:r w:rsidRPr="006C690A">
        <w:t>n đ</w:t>
      </w:r>
      <w:r w:rsidRPr="006C690A">
        <w:t>ổ</w:t>
      </w:r>
      <w:r w:rsidRPr="006C690A">
        <w:t>i s</w:t>
      </w:r>
      <w:r w:rsidRPr="006C690A">
        <w:t>ố</w:t>
      </w:r>
      <w:r w:rsidRPr="006C690A">
        <w:t>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2. Phương hư</w:t>
      </w:r>
      <w:r w:rsidRPr="006C690A">
        <w:rPr>
          <w:b/>
          <w:color w:val="2F5597"/>
          <w:sz w:val="24"/>
        </w:rPr>
        <w:t>ớ</w:t>
      </w:r>
      <w:r w:rsidRPr="006C690A">
        <w:rPr>
          <w:b/>
          <w:color w:val="2F5597"/>
          <w:sz w:val="24"/>
        </w:rPr>
        <w:t>ng, nhi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m v</w:t>
      </w:r>
      <w:r w:rsidRPr="006C690A">
        <w:rPr>
          <w:b/>
          <w:color w:val="2F5597"/>
          <w:sz w:val="24"/>
        </w:rPr>
        <w:t>ụ</w:t>
      </w:r>
      <w:r w:rsidRPr="006C690A">
        <w:rPr>
          <w:b/>
          <w:color w:val="2F5597"/>
          <w:sz w:val="24"/>
        </w:rPr>
        <w:t xml:space="preserve"> tr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ng tâm năm h</w:t>
      </w:r>
      <w:r w:rsidRPr="006C690A">
        <w:rPr>
          <w:b/>
          <w:color w:val="2F5597"/>
          <w:sz w:val="24"/>
        </w:rPr>
        <w:t>ọ</w:t>
      </w:r>
      <w:r w:rsidRPr="006C690A">
        <w:rPr>
          <w:b/>
          <w:color w:val="2F5597"/>
          <w:sz w:val="24"/>
        </w:rPr>
        <w:t>c 2026-2027 c</w:t>
      </w:r>
      <w:r w:rsidRPr="006C690A">
        <w:rPr>
          <w:b/>
          <w:color w:val="2F5597"/>
          <w:sz w:val="24"/>
        </w:rPr>
        <w:t>ủ</w:t>
      </w:r>
      <w:r w:rsidRPr="006C690A">
        <w:rPr>
          <w:b/>
          <w:color w:val="2F5597"/>
          <w:sz w:val="24"/>
        </w:rPr>
        <w:t>a Ban TTND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Giám sát dân ch</w:t>
      </w:r>
      <w:r w:rsidRPr="006C690A">
        <w:rPr>
          <w:b/>
        </w:rPr>
        <w:t>ủ</w:t>
      </w:r>
      <w:r w:rsidRPr="006C690A">
        <w:rPr>
          <w:b/>
        </w:rPr>
        <w:t xml:space="preserve"> cơ s</w:t>
      </w:r>
      <w:r w:rsidRPr="006C690A">
        <w:rPr>
          <w:b/>
        </w:rPr>
        <w:t>ở</w:t>
      </w:r>
      <w:r w:rsidRPr="006C690A">
        <w:rPr>
          <w:b/>
        </w:rPr>
        <w:t xml:space="preserve">: </w:t>
      </w:r>
      <w:r w:rsidRPr="006C690A">
        <w:t>Giám sát vi</w:t>
      </w:r>
      <w:r w:rsidRPr="006C690A">
        <w:t>ệ</w:t>
      </w:r>
      <w:r w:rsidRPr="006C690A">
        <w:t>c th</w:t>
      </w:r>
      <w:r w:rsidRPr="006C690A">
        <w:t>ự</w:t>
      </w:r>
      <w:r w:rsidRPr="006C690A">
        <w:t>c hi</w:t>
      </w:r>
      <w:r w:rsidRPr="006C690A">
        <w:t>ệ</w:t>
      </w:r>
      <w:r w:rsidRPr="006C690A">
        <w:t>n Lu</w:t>
      </w:r>
      <w:r w:rsidRPr="006C690A">
        <w:t>ậ</w:t>
      </w:r>
      <w:r w:rsidRPr="006C690A">
        <w:t>t Th</w:t>
      </w:r>
      <w:r w:rsidRPr="006C690A">
        <w:t>ự</w:t>
      </w:r>
      <w:r w:rsidRPr="006C690A">
        <w:t>c hi</w:t>
      </w:r>
      <w:r w:rsidRPr="006C690A">
        <w:t>ệ</w:t>
      </w:r>
      <w:r w:rsidRPr="006C690A">
        <w:t xml:space="preserve">n dân </w:t>
      </w:r>
      <w:r w:rsidRPr="006C690A">
        <w:t>ch</w:t>
      </w:r>
      <w:r w:rsidRPr="006C690A">
        <w:t>ủ</w:t>
      </w:r>
      <w:r w:rsidRPr="006C690A">
        <w:t xml:space="preserve"> </w:t>
      </w:r>
      <w:r w:rsidRPr="006C690A">
        <w:t>ở</w:t>
      </w:r>
      <w:r w:rsidRPr="006C690A">
        <w:t xml:space="preserve"> cơ s</w:t>
      </w:r>
      <w:r w:rsidRPr="006C690A">
        <w:t>ở</w:t>
      </w:r>
      <w:r w:rsidRPr="006C690A">
        <w:t>, Quy ch</w:t>
      </w:r>
      <w:r w:rsidRPr="006C690A">
        <w:t>ế</w:t>
      </w:r>
      <w:r w:rsidRPr="006C690A">
        <w:t xml:space="preserve"> dân ch</w:t>
      </w:r>
      <w:r w:rsidRPr="006C690A">
        <w:t>ủ</w:t>
      </w:r>
      <w:r w:rsidRPr="006C690A">
        <w:t xml:space="preserve"> trong nhà trư</w:t>
      </w:r>
      <w:r w:rsidRPr="006C690A">
        <w:t>ờ</w:t>
      </w:r>
      <w:r w:rsidRPr="006C690A">
        <w:t>ng và Ngh</w:t>
      </w:r>
      <w:r w:rsidRPr="006C690A">
        <w:t>ị</w:t>
      </w:r>
      <w:r w:rsidRPr="006C690A">
        <w:t xml:space="preserve"> quy</w:t>
      </w:r>
      <w:r w:rsidRPr="006C690A">
        <w:t>ế</w:t>
      </w:r>
      <w:r w:rsidRPr="006C690A">
        <w:t>t H</w:t>
      </w:r>
      <w:r w:rsidRPr="006C690A">
        <w:t>ộ</w:t>
      </w:r>
      <w:r w:rsidRPr="006C690A">
        <w:t>i ngh</w:t>
      </w:r>
      <w:r w:rsidRPr="006C690A">
        <w:t>ị</w:t>
      </w:r>
      <w:r w:rsidRPr="006C690A">
        <w:t xml:space="preserve"> VC-NLĐ năm h</w:t>
      </w:r>
      <w:r w:rsidRPr="006C690A">
        <w:t>ọ</w:t>
      </w:r>
      <w:r w:rsidRPr="006C690A">
        <w:t>c 2026-2027.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Ch</w:t>
      </w:r>
      <w:r w:rsidRPr="006C690A">
        <w:rPr>
          <w:b/>
        </w:rPr>
        <w:t>ố</w:t>
      </w:r>
      <w:r w:rsidRPr="006C690A">
        <w:rPr>
          <w:b/>
        </w:rPr>
        <w:t>ng tiêu c</w:t>
      </w:r>
      <w:r w:rsidRPr="006C690A">
        <w:rPr>
          <w:b/>
        </w:rPr>
        <w:t>ự</w:t>
      </w:r>
      <w:r w:rsidRPr="006C690A">
        <w:rPr>
          <w:b/>
        </w:rPr>
        <w:t xml:space="preserve">c chuyên môn: </w:t>
      </w:r>
      <w:r w:rsidRPr="006C690A">
        <w:t>Ph</w:t>
      </w:r>
      <w:r w:rsidRPr="006C690A">
        <w:t>ố</w:t>
      </w:r>
      <w:r w:rsidRPr="006C690A">
        <w:t>i h</w:t>
      </w:r>
      <w:r w:rsidRPr="006C690A">
        <w:t>ợ</w:t>
      </w:r>
      <w:r w:rsidRPr="006C690A">
        <w:t>p v</w:t>
      </w:r>
      <w:r w:rsidRPr="006C690A">
        <w:t>ớ</w:t>
      </w:r>
      <w:r w:rsidRPr="006C690A">
        <w:t>i chuyên môn tăng cư</w:t>
      </w:r>
      <w:r w:rsidRPr="006C690A">
        <w:t>ờ</w:t>
      </w:r>
      <w:r w:rsidRPr="006C690A">
        <w:t>ng giám sát vi</w:t>
      </w:r>
      <w:r w:rsidRPr="006C690A">
        <w:t>ệ</w:t>
      </w:r>
      <w:r w:rsidRPr="006C690A">
        <w:t>c ki</w:t>
      </w:r>
      <w:r w:rsidRPr="006C690A">
        <w:t>ể</w:t>
      </w:r>
      <w:r w:rsidRPr="006C690A">
        <w:t>m tra, đánh giá h</w:t>
      </w:r>
      <w:r w:rsidRPr="006C690A">
        <w:t>ọ</w:t>
      </w:r>
      <w:r w:rsidRPr="006C690A">
        <w:t>c sinh; kiên quy</w:t>
      </w:r>
      <w:r w:rsidRPr="006C690A">
        <w:t>ế</w:t>
      </w:r>
      <w:r w:rsidRPr="006C690A">
        <w:t>t ch</w:t>
      </w:r>
      <w:r w:rsidRPr="006C690A">
        <w:t>ố</w:t>
      </w:r>
      <w:r w:rsidRPr="006C690A">
        <w:t>ng tiêu c</w:t>
      </w:r>
      <w:r w:rsidRPr="006C690A">
        <w:t>ự</w:t>
      </w:r>
      <w:r w:rsidRPr="006C690A">
        <w:t>c và kh</w:t>
      </w:r>
      <w:r w:rsidRPr="006C690A">
        <w:t>ắ</w:t>
      </w:r>
      <w:r w:rsidRPr="006C690A">
        <w:t>c ph</w:t>
      </w:r>
      <w:r w:rsidRPr="006C690A">
        <w:t>ụ</w:t>
      </w:r>
      <w:r w:rsidRPr="006C690A">
        <w:t>c b</w:t>
      </w:r>
      <w:r w:rsidRPr="006C690A">
        <w:t>ệ</w:t>
      </w:r>
      <w:r w:rsidRPr="006C690A">
        <w:t>nh thành tích t</w:t>
      </w:r>
      <w:r w:rsidRPr="006C690A">
        <w:t>rong giáo d</w:t>
      </w:r>
      <w:r w:rsidRPr="006C690A">
        <w:t>ụ</w:t>
      </w:r>
      <w:r w:rsidRPr="006C690A">
        <w:t>c.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Giám sát d</w:t>
      </w:r>
      <w:r w:rsidRPr="006C690A">
        <w:rPr>
          <w:b/>
        </w:rPr>
        <w:t>ạ</w:t>
      </w:r>
      <w:r w:rsidRPr="006C690A">
        <w:rPr>
          <w:b/>
        </w:rPr>
        <w:t>y thêm, h</w:t>
      </w:r>
      <w:r w:rsidRPr="006C690A">
        <w:rPr>
          <w:b/>
        </w:rPr>
        <w:t>ọ</w:t>
      </w:r>
      <w:r w:rsidRPr="006C690A">
        <w:rPr>
          <w:b/>
        </w:rPr>
        <w:t xml:space="preserve">c thêm: </w:t>
      </w:r>
      <w:r w:rsidRPr="006C690A">
        <w:t>Giám sát nghiêm ng</w:t>
      </w:r>
      <w:r w:rsidRPr="006C690A">
        <w:t>ặ</w:t>
      </w:r>
      <w:r w:rsidRPr="006C690A">
        <w:t>t vi</w:t>
      </w:r>
      <w:r w:rsidRPr="006C690A">
        <w:t>ệ</w:t>
      </w:r>
      <w:r w:rsidRPr="006C690A">
        <w:t>c ch</w:t>
      </w:r>
      <w:r w:rsidRPr="006C690A">
        <w:t>ấ</w:t>
      </w:r>
      <w:r w:rsidRPr="006C690A">
        <w:t>p hành quy đ</w:t>
      </w:r>
      <w:r w:rsidRPr="006C690A">
        <w:t>ị</w:t>
      </w:r>
      <w:r w:rsidRPr="006C690A">
        <w:t>nh d</w:t>
      </w:r>
      <w:r w:rsidRPr="006C690A">
        <w:t>ạ</w:t>
      </w:r>
      <w:r w:rsidRPr="006C690A">
        <w:t>y thêm, h</w:t>
      </w:r>
      <w:r w:rsidRPr="006C690A">
        <w:t>ọ</w:t>
      </w:r>
      <w:r w:rsidRPr="006C690A">
        <w:t>c thêm theo Thông tư s</w:t>
      </w:r>
      <w:r w:rsidRPr="006C690A">
        <w:t>ố</w:t>
      </w:r>
      <w:r w:rsidRPr="006C690A">
        <w:t xml:space="preserve"> 29/2024/TT-BGDĐT và Thông tư s</w:t>
      </w:r>
      <w:r w:rsidRPr="006C690A">
        <w:t>ố</w:t>
      </w:r>
      <w:r w:rsidRPr="006C690A">
        <w:t xml:space="preserve"> 19/2026/TT-BGDĐT.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 xml:space="preserve">Giám sát tài chính &amp; CSVC: </w:t>
      </w:r>
      <w:r w:rsidRPr="006C690A">
        <w:t>Giám sát công tác qu</w:t>
      </w:r>
      <w:r w:rsidRPr="006C690A">
        <w:t>ả</w:t>
      </w:r>
      <w:r w:rsidRPr="006C690A">
        <w:t>n lý tài chính, th</w:t>
      </w:r>
      <w:r w:rsidRPr="006C690A">
        <w:t>ự</w:t>
      </w:r>
      <w:r w:rsidRPr="006C690A">
        <w:t>c hi</w:t>
      </w:r>
      <w:r w:rsidRPr="006C690A">
        <w:t>ệ</w:t>
      </w:r>
      <w:r w:rsidRPr="006C690A">
        <w:t>n Quy ch</w:t>
      </w:r>
      <w:r w:rsidRPr="006C690A">
        <w:t>ế</w:t>
      </w:r>
      <w:r w:rsidRPr="006C690A">
        <w:t xml:space="preserve"> chi tiêu n</w:t>
      </w:r>
      <w:r w:rsidRPr="006C690A">
        <w:t>ộ</w:t>
      </w:r>
      <w:r w:rsidRPr="006C690A">
        <w:t>i b</w:t>
      </w:r>
      <w:r w:rsidRPr="006C690A">
        <w:t>ộ</w:t>
      </w:r>
      <w:r w:rsidRPr="006C690A">
        <w:t xml:space="preserve"> 2026, mua s</w:t>
      </w:r>
      <w:r w:rsidRPr="006C690A">
        <w:t>ắ</w:t>
      </w:r>
      <w:r w:rsidRPr="006C690A">
        <w:t>m b</w:t>
      </w:r>
      <w:r w:rsidRPr="006C690A">
        <w:t>ả</w:t>
      </w:r>
      <w:r w:rsidRPr="006C690A">
        <w:t>o qu</w:t>
      </w:r>
      <w:r w:rsidRPr="006C690A">
        <w:t>ả</w:t>
      </w:r>
      <w:r w:rsidRPr="006C690A">
        <w:t>n trang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và các khâu tr</w:t>
      </w:r>
      <w:r w:rsidRPr="006C690A">
        <w:t>ọ</w:t>
      </w:r>
      <w:r w:rsidRPr="006C690A">
        <w:t>ng đi</w:t>
      </w:r>
      <w:r w:rsidRPr="006C690A">
        <w:t>ể</w:t>
      </w:r>
      <w:r w:rsidRPr="006C690A">
        <w:t>m (tuy</w:t>
      </w:r>
      <w:r w:rsidRPr="006C690A">
        <w:t>ể</w:t>
      </w:r>
      <w:r w:rsidRPr="006C690A">
        <w:t>n sinh đ</w:t>
      </w:r>
      <w:r w:rsidRPr="006C690A">
        <w:t>ầ</w:t>
      </w:r>
      <w:r w:rsidRPr="006C690A">
        <w:t>u c</w:t>
      </w:r>
      <w:r w:rsidRPr="006C690A">
        <w:t>ấ</w:t>
      </w:r>
      <w:r w:rsidRPr="006C690A">
        <w:t>p, xét t</w:t>
      </w:r>
      <w:r w:rsidRPr="006C690A">
        <w:t>ố</w:t>
      </w:r>
      <w:r w:rsidRPr="006C690A">
        <w:t>t nghi</w:t>
      </w:r>
      <w:r w:rsidRPr="006C690A">
        <w:t>ệ</w:t>
      </w:r>
      <w:r w:rsidRPr="006C690A">
        <w:t>p).</w:t>
      </w:r>
    </w:p>
    <w:p w:rsidR="00A71AD2" w:rsidRPr="006C690A" w:rsidRDefault="00BC4545">
      <w:pPr>
        <w:keepNext/>
        <w:spacing w:before="120" w:after="40"/>
        <w:rPr>
          <w:sz w:val="24"/>
        </w:rPr>
      </w:pPr>
      <w:r w:rsidRPr="006C690A">
        <w:rPr>
          <w:b/>
          <w:color w:val="2F5597"/>
          <w:sz w:val="24"/>
        </w:rPr>
        <w:t>3. Tiêu chu</w:t>
      </w:r>
      <w:r w:rsidRPr="006C690A">
        <w:rPr>
          <w:b/>
          <w:color w:val="2F5597"/>
          <w:sz w:val="24"/>
        </w:rPr>
        <w:t>ẩ</w:t>
      </w:r>
      <w:r w:rsidRPr="006C690A">
        <w:rPr>
          <w:b/>
          <w:color w:val="2F5597"/>
          <w:sz w:val="24"/>
        </w:rPr>
        <w:t>n và đ</w:t>
      </w:r>
      <w:r w:rsidRPr="006C690A">
        <w:rPr>
          <w:b/>
          <w:color w:val="2F5597"/>
          <w:sz w:val="24"/>
        </w:rPr>
        <w:t>ị</w:t>
      </w:r>
      <w:r w:rsidRPr="006C690A">
        <w:rPr>
          <w:b/>
          <w:color w:val="2F5597"/>
          <w:sz w:val="24"/>
        </w:rPr>
        <w:t>nh hư</w:t>
      </w:r>
      <w:r w:rsidRPr="006C690A">
        <w:rPr>
          <w:b/>
          <w:color w:val="2F5597"/>
          <w:sz w:val="24"/>
        </w:rPr>
        <w:t>ớ</w:t>
      </w:r>
      <w:r w:rsidRPr="006C690A">
        <w:rPr>
          <w:b/>
          <w:color w:val="2F5597"/>
          <w:sz w:val="24"/>
        </w:rPr>
        <w:t>ng đ</w:t>
      </w:r>
      <w:r w:rsidRPr="006C690A">
        <w:rPr>
          <w:b/>
          <w:color w:val="2F5597"/>
          <w:sz w:val="24"/>
        </w:rPr>
        <w:t>ề</w:t>
      </w:r>
      <w:r w:rsidRPr="006C690A">
        <w:rPr>
          <w:b/>
          <w:color w:val="2F5597"/>
          <w:sz w:val="24"/>
        </w:rPr>
        <w:t xml:space="preserve"> c</w:t>
      </w:r>
      <w:r w:rsidRPr="006C690A">
        <w:rPr>
          <w:b/>
          <w:color w:val="2F5597"/>
          <w:sz w:val="24"/>
        </w:rPr>
        <w:t>ử</w:t>
      </w:r>
      <w:r w:rsidRPr="006C690A">
        <w:rPr>
          <w:b/>
          <w:color w:val="2F5597"/>
          <w:sz w:val="24"/>
        </w:rPr>
        <w:t xml:space="preserve"> nhân s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 xml:space="preserve"> Ban TTND nhi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m k</w:t>
      </w:r>
      <w:r w:rsidRPr="006C690A">
        <w:rPr>
          <w:b/>
          <w:color w:val="2F5597"/>
          <w:sz w:val="24"/>
        </w:rPr>
        <w:t>ỳ</w:t>
      </w:r>
      <w:r w:rsidRPr="006C690A">
        <w:rPr>
          <w:b/>
          <w:color w:val="2F5597"/>
          <w:sz w:val="24"/>
        </w:rPr>
        <w:t xml:space="preserve"> 2026-2028 (T</w:t>
      </w:r>
      <w:r w:rsidRPr="006C690A">
        <w:rPr>
          <w:b/>
          <w:color w:val="2F5597"/>
          <w:sz w:val="24"/>
        </w:rPr>
        <w:t>ổ</w:t>
      </w:r>
      <w:r w:rsidRPr="006C690A">
        <w:rPr>
          <w:b/>
          <w:color w:val="2F5597"/>
          <w:sz w:val="24"/>
        </w:rPr>
        <w:t xml:space="preserve"> KHTN th</w:t>
      </w:r>
      <w:r w:rsidRPr="006C690A">
        <w:rPr>
          <w:b/>
          <w:color w:val="2F5597"/>
          <w:sz w:val="24"/>
        </w:rPr>
        <w:t>ự</w:t>
      </w:r>
      <w:r w:rsidRPr="006C690A">
        <w:rPr>
          <w:b/>
          <w:color w:val="2F5597"/>
          <w:sz w:val="24"/>
        </w:rPr>
        <w:t>c hi</w:t>
      </w:r>
      <w:r w:rsidRPr="006C690A">
        <w:rPr>
          <w:b/>
          <w:color w:val="2F5597"/>
          <w:sz w:val="24"/>
        </w:rPr>
        <w:t>ệ</w:t>
      </w:r>
      <w:r w:rsidRPr="006C690A">
        <w:rPr>
          <w:b/>
          <w:color w:val="2F5597"/>
          <w:sz w:val="24"/>
        </w:rPr>
        <w:t>n)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Tiêu chu</w:t>
      </w:r>
      <w:r w:rsidRPr="006C690A">
        <w:rPr>
          <w:b/>
        </w:rPr>
        <w:t>ẩ</w:t>
      </w:r>
      <w:r w:rsidRPr="006C690A">
        <w:rPr>
          <w:b/>
        </w:rPr>
        <w:t xml:space="preserve">n thành viên: </w:t>
      </w:r>
      <w:r w:rsidRPr="006C690A">
        <w:t>Là viên ch</w:t>
      </w:r>
      <w:r w:rsidRPr="006C690A">
        <w:t>ứ</w:t>
      </w:r>
      <w:r w:rsidRPr="006C690A">
        <w:t>c, ngư</w:t>
      </w:r>
      <w:r w:rsidRPr="006C690A">
        <w:t>ờ</w:t>
      </w:r>
      <w:r w:rsidRPr="006C690A">
        <w:t xml:space="preserve">i lao </w:t>
      </w:r>
      <w:r w:rsidRPr="006C690A">
        <w:t>đ</w:t>
      </w:r>
      <w:r w:rsidRPr="006C690A">
        <w:t>ộ</w:t>
      </w:r>
      <w:r w:rsidRPr="006C690A">
        <w:t>ng đang công tác t</w:t>
      </w:r>
      <w:r w:rsidRPr="006C690A">
        <w:t>ạ</w:t>
      </w:r>
      <w:r w:rsidRPr="006C690A">
        <w:t>i trư</w:t>
      </w:r>
      <w:r w:rsidRPr="006C690A">
        <w:t>ờ</w:t>
      </w:r>
      <w:r w:rsidRPr="006C690A">
        <w:t>ng; có ph</w:t>
      </w:r>
      <w:r w:rsidRPr="006C690A">
        <w:t>ẩ</w:t>
      </w:r>
      <w:r w:rsidRPr="006C690A">
        <w:t>m ch</w:t>
      </w:r>
      <w:r w:rsidRPr="006C690A">
        <w:t>ấ</w:t>
      </w:r>
      <w:r w:rsidRPr="006C690A">
        <w:t>t đ</w:t>
      </w:r>
      <w:r w:rsidRPr="006C690A">
        <w:t>ạ</w:t>
      </w:r>
      <w:r w:rsidRPr="006C690A">
        <w:t>o đ</w:t>
      </w:r>
      <w:r w:rsidRPr="006C690A">
        <w:t>ứ</w:t>
      </w:r>
      <w:r w:rsidRPr="006C690A">
        <w:t>c t</w:t>
      </w:r>
      <w:r w:rsidRPr="006C690A">
        <w:t>ố</w:t>
      </w:r>
      <w:r w:rsidRPr="006C690A">
        <w:t>t, trung th</w:t>
      </w:r>
      <w:r w:rsidRPr="006C690A">
        <w:t>ự</w:t>
      </w:r>
      <w:r w:rsidRPr="006C690A">
        <w:t>c, công tâm, có uy tín trong t</w:t>
      </w:r>
      <w:r w:rsidRPr="006C690A">
        <w:t>ậ</w:t>
      </w:r>
      <w:r w:rsidRPr="006C690A">
        <w:t>p th</w:t>
      </w:r>
      <w:r w:rsidRPr="006C690A">
        <w:t>ể</w:t>
      </w:r>
      <w:r w:rsidRPr="006C690A">
        <w:t>; có tinh th</w:t>
      </w:r>
      <w:r w:rsidRPr="006C690A">
        <w:t>ầ</w:t>
      </w:r>
      <w:r w:rsidRPr="006C690A">
        <w:t>n trách nhi</w:t>
      </w:r>
      <w:r w:rsidRPr="006C690A">
        <w:t>ệ</w:t>
      </w:r>
      <w:r w:rsidRPr="006C690A">
        <w:t>m, am hi</w:t>
      </w:r>
      <w:r w:rsidRPr="006C690A">
        <w:t>ể</w:t>
      </w:r>
      <w:r w:rsidRPr="006C690A">
        <w:t>u pháp lu</w:t>
      </w:r>
      <w:r w:rsidRPr="006C690A">
        <w:t>ậ</w:t>
      </w:r>
      <w:r w:rsidRPr="006C690A">
        <w:t>t, n</w:t>
      </w:r>
      <w:r w:rsidRPr="006C690A">
        <w:t>ộ</w:t>
      </w:r>
      <w:r w:rsidRPr="006C690A">
        <w:t>i quy nhà trư</w:t>
      </w:r>
      <w:r w:rsidRPr="006C690A">
        <w:t>ờ</w:t>
      </w:r>
      <w:r w:rsidRPr="006C690A">
        <w:t>ng và t</w:t>
      </w:r>
      <w:r w:rsidRPr="006C690A">
        <w:t>ự</w:t>
      </w:r>
      <w:r w:rsidRPr="006C690A">
        <w:t xml:space="preserve"> nguy</w:t>
      </w:r>
      <w:r w:rsidRPr="006C690A">
        <w:t>ệ</w:t>
      </w:r>
      <w:r w:rsidRPr="006C690A">
        <w:t>n tham gia.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Nhi</w:t>
      </w:r>
      <w:r w:rsidRPr="006C690A">
        <w:rPr>
          <w:b/>
        </w:rPr>
        <w:t>ệ</w:t>
      </w:r>
      <w:r w:rsidRPr="006C690A">
        <w:rPr>
          <w:b/>
        </w:rPr>
        <w:t>m v</w:t>
      </w:r>
      <w:r w:rsidRPr="006C690A">
        <w:rPr>
          <w:b/>
        </w:rPr>
        <w:t>ụ</w:t>
      </w:r>
      <w:r w:rsidRPr="006C690A">
        <w:rPr>
          <w:b/>
        </w:rPr>
        <w:t xml:space="preserve"> c</w:t>
      </w:r>
      <w:r w:rsidRPr="006C690A">
        <w:rPr>
          <w:b/>
        </w:rPr>
        <w:t>ủ</w:t>
      </w:r>
      <w:r w:rsidRPr="006C690A">
        <w:rPr>
          <w:b/>
        </w:rPr>
        <w:t>a T</w:t>
      </w:r>
      <w:r w:rsidRPr="006C690A">
        <w:rPr>
          <w:b/>
        </w:rPr>
        <w:t>ổ</w:t>
      </w:r>
      <w:r w:rsidRPr="006C690A">
        <w:rPr>
          <w:b/>
        </w:rPr>
        <w:t xml:space="preserve"> KHTN: </w:t>
      </w:r>
      <w:r w:rsidRPr="006C690A">
        <w:t>Trong phiên h</w:t>
      </w:r>
      <w:r w:rsidRPr="006C690A">
        <w:t>ọ</w:t>
      </w:r>
      <w:r w:rsidRPr="006C690A">
        <w:t>p ngày 17/10/2026, T</w:t>
      </w:r>
      <w:r w:rsidRPr="006C690A">
        <w:t>ổ</w:t>
      </w:r>
      <w:r w:rsidRPr="006C690A">
        <w:t xml:space="preserve"> KHTN ti</w:t>
      </w:r>
      <w:r w:rsidRPr="006C690A">
        <w:t>ế</w:t>
      </w:r>
      <w:r w:rsidRPr="006C690A">
        <w:t>n hành th</w:t>
      </w:r>
      <w:r w:rsidRPr="006C690A">
        <w:t>ả</w:t>
      </w:r>
      <w:r w:rsidRPr="006C690A">
        <w:t>o lu</w:t>
      </w:r>
      <w:r w:rsidRPr="006C690A">
        <w:t>ậ</w:t>
      </w:r>
      <w:r w:rsidRPr="006C690A">
        <w:t>n, bi</w:t>
      </w:r>
      <w:r w:rsidRPr="006C690A">
        <w:t>ể</w:t>
      </w:r>
      <w:r w:rsidRPr="006C690A">
        <w:t>u quy</w:t>
      </w:r>
      <w:r w:rsidRPr="006C690A">
        <w:t>ế</w:t>
      </w:r>
      <w:r w:rsidRPr="006C690A">
        <w:t>t gi</w:t>
      </w:r>
      <w:r w:rsidRPr="006C690A">
        <w:t>ớ</w:t>
      </w:r>
      <w:r w:rsidRPr="006C690A">
        <w:t>i thi</w:t>
      </w:r>
      <w:r w:rsidRPr="006C690A">
        <w:t>ệ</w:t>
      </w:r>
      <w:r w:rsidRPr="006C690A">
        <w:t>u 02 nhân s</w:t>
      </w:r>
      <w:r w:rsidRPr="006C690A">
        <w:t>ự</w:t>
      </w:r>
      <w:r w:rsidRPr="006C690A">
        <w:t xml:space="preserve"> tiêu bi</w:t>
      </w:r>
      <w:r w:rsidRPr="006C690A">
        <w:t>ể</w:t>
      </w:r>
      <w:r w:rsidRPr="006C690A">
        <w:t>u c</w:t>
      </w:r>
      <w:r w:rsidRPr="006C690A">
        <w:t>ủ</w:t>
      </w:r>
      <w:r w:rsidRPr="006C690A">
        <w:t>a t</w:t>
      </w:r>
      <w:r w:rsidRPr="006C690A">
        <w:t>ổ</w:t>
      </w:r>
      <w:r w:rsidRPr="006C690A">
        <w:t xml:space="preserve"> đ</w:t>
      </w:r>
      <w:r w:rsidRPr="006C690A">
        <w:t>ể</w:t>
      </w:r>
      <w:r w:rsidRPr="006C690A">
        <w:t xml:space="preserve"> đưa vào danh sách hi</w:t>
      </w:r>
      <w:r w:rsidRPr="006C690A">
        <w:t>ệ</w:t>
      </w:r>
      <w:r w:rsidRPr="006C690A">
        <w:t>p thương b</w:t>
      </w:r>
      <w:r w:rsidRPr="006C690A">
        <w:t>ầ</w:t>
      </w:r>
      <w:r w:rsidRPr="006C690A">
        <w:t>u c</w:t>
      </w:r>
      <w:r w:rsidRPr="006C690A">
        <w:t>ử</w:t>
      </w:r>
      <w:r w:rsidRPr="006C690A">
        <w:t xml:space="preserve"> Ban TTND t</w:t>
      </w:r>
      <w:r w:rsidRPr="006C690A">
        <w:t>ạ</w:t>
      </w:r>
      <w:r w:rsidRPr="006C690A">
        <w:t>i H</w:t>
      </w:r>
      <w:r w:rsidRPr="006C690A">
        <w:t>ộ</w:t>
      </w:r>
      <w:r w:rsidRPr="006C690A">
        <w:t>i ngh</w:t>
      </w:r>
      <w:r w:rsidRPr="006C690A">
        <w:t>ị</w:t>
      </w:r>
      <w:r w:rsidRPr="006C690A">
        <w:t xml:space="preserve"> c</w:t>
      </w:r>
      <w:r w:rsidRPr="006C690A">
        <w:t>ấ</w:t>
      </w:r>
      <w:r w:rsidRPr="006C690A">
        <w:t>p trư</w:t>
      </w:r>
      <w:r w:rsidRPr="006C690A">
        <w:t>ờ</w:t>
      </w:r>
      <w:r w:rsidRPr="006C690A">
        <w:t>ng ngày 24/10/2026.</w:t>
      </w:r>
    </w:p>
    <w:p w:rsidR="00A71AD2" w:rsidRPr="006C690A" w:rsidRDefault="00BC4545">
      <w:pPr>
        <w:keepNext/>
        <w:spacing w:before="200" w:after="80"/>
        <w:rPr>
          <w:sz w:val="24"/>
        </w:rPr>
      </w:pPr>
      <w:r w:rsidRPr="006C690A">
        <w:rPr>
          <w:b/>
          <w:color w:val="1F4E79"/>
          <w:sz w:val="28"/>
        </w:rPr>
        <w:t>PH</w:t>
      </w:r>
      <w:r w:rsidRPr="006C690A">
        <w:rPr>
          <w:b/>
          <w:color w:val="1F4E79"/>
          <w:sz w:val="28"/>
        </w:rPr>
        <w:t>Ầ</w:t>
      </w:r>
      <w:r w:rsidRPr="006C690A">
        <w:rPr>
          <w:b/>
          <w:color w:val="1F4E79"/>
          <w:sz w:val="28"/>
        </w:rPr>
        <w:t>N VII. Đ</w:t>
      </w:r>
      <w:r w:rsidRPr="006C690A">
        <w:rPr>
          <w:b/>
          <w:color w:val="1F4E79"/>
          <w:sz w:val="28"/>
        </w:rPr>
        <w:t>Ị</w:t>
      </w:r>
      <w:r w:rsidRPr="006C690A">
        <w:rPr>
          <w:b/>
          <w:color w:val="1F4E79"/>
          <w:sz w:val="28"/>
        </w:rPr>
        <w:t>NH HƯ</w:t>
      </w:r>
      <w:r w:rsidRPr="006C690A">
        <w:rPr>
          <w:b/>
          <w:color w:val="1F4E79"/>
          <w:sz w:val="28"/>
        </w:rPr>
        <w:t>Ớ</w:t>
      </w:r>
      <w:r w:rsidRPr="006C690A">
        <w:rPr>
          <w:b/>
          <w:color w:val="1F4E79"/>
          <w:sz w:val="28"/>
        </w:rPr>
        <w:t>NG CÁC N</w:t>
      </w:r>
      <w:r w:rsidRPr="006C690A">
        <w:rPr>
          <w:b/>
          <w:color w:val="1F4E79"/>
          <w:sz w:val="28"/>
        </w:rPr>
        <w:t>Ộ</w:t>
      </w:r>
      <w:r w:rsidRPr="006C690A">
        <w:rPr>
          <w:b/>
          <w:color w:val="1F4E79"/>
          <w:sz w:val="28"/>
        </w:rPr>
        <w:t>I DUNG TR</w:t>
      </w:r>
      <w:r w:rsidRPr="006C690A">
        <w:rPr>
          <w:b/>
          <w:color w:val="1F4E79"/>
          <w:sz w:val="28"/>
        </w:rPr>
        <w:t>Ọ</w:t>
      </w:r>
      <w:r w:rsidRPr="006C690A">
        <w:rPr>
          <w:b/>
          <w:color w:val="1F4E79"/>
          <w:sz w:val="28"/>
        </w:rPr>
        <w:t>NG TÂM T</w:t>
      </w:r>
      <w:r w:rsidRPr="006C690A">
        <w:rPr>
          <w:b/>
          <w:color w:val="1F4E79"/>
          <w:sz w:val="28"/>
        </w:rPr>
        <w:t>Ổ</w:t>
      </w:r>
      <w:r w:rsidRPr="006C690A">
        <w:rPr>
          <w:b/>
          <w:color w:val="1F4E79"/>
          <w:sz w:val="28"/>
        </w:rPr>
        <w:t xml:space="preserve"> CHUYÊN MÔN KHTN TH</w:t>
      </w:r>
      <w:r w:rsidRPr="006C690A">
        <w:rPr>
          <w:b/>
          <w:color w:val="1F4E79"/>
          <w:sz w:val="28"/>
        </w:rPr>
        <w:t>Ả</w:t>
      </w:r>
      <w:r w:rsidRPr="006C690A">
        <w:rPr>
          <w:b/>
          <w:color w:val="1F4E79"/>
          <w:sz w:val="28"/>
        </w:rPr>
        <w:t>O LU</w:t>
      </w:r>
      <w:r w:rsidRPr="006C690A">
        <w:rPr>
          <w:b/>
          <w:color w:val="1F4E79"/>
          <w:sz w:val="28"/>
        </w:rPr>
        <w:t>Ậ</w:t>
      </w:r>
      <w:r w:rsidRPr="006C690A">
        <w:rPr>
          <w:b/>
          <w:color w:val="1F4E79"/>
          <w:sz w:val="28"/>
        </w:rPr>
        <w:t>N, BI</w:t>
      </w:r>
      <w:r w:rsidRPr="006C690A">
        <w:rPr>
          <w:b/>
          <w:color w:val="1F4E79"/>
          <w:sz w:val="28"/>
        </w:rPr>
        <w:t>Ể</w:t>
      </w:r>
      <w:r w:rsidRPr="006C690A">
        <w:rPr>
          <w:b/>
          <w:color w:val="1F4E79"/>
          <w:sz w:val="28"/>
        </w:rPr>
        <w:t>U QUY</w:t>
      </w:r>
      <w:r w:rsidRPr="006C690A">
        <w:rPr>
          <w:b/>
          <w:color w:val="1F4E79"/>
          <w:sz w:val="28"/>
        </w:rPr>
        <w:t>Ế</w:t>
      </w:r>
      <w:r w:rsidRPr="006C690A">
        <w:rPr>
          <w:b/>
          <w:color w:val="1F4E79"/>
          <w:sz w:val="28"/>
        </w:rPr>
        <w:t>T NGÀY 17/10/2</w:t>
      </w:r>
      <w:r w:rsidRPr="006C690A">
        <w:rPr>
          <w:b/>
          <w:color w:val="1F4E79"/>
          <w:sz w:val="28"/>
        </w:rPr>
        <w:t>026</w:t>
      </w:r>
    </w:p>
    <w:p w:rsidR="00A71AD2" w:rsidRPr="006C690A" w:rsidRDefault="00BC4545">
      <w:pPr>
        <w:spacing w:before="80" w:after="80"/>
        <w:rPr>
          <w:sz w:val="24"/>
        </w:rPr>
      </w:pPr>
      <w:r w:rsidRPr="006C690A">
        <w:rPr>
          <w:i/>
        </w:rPr>
        <w:t>T</w:t>
      </w:r>
      <w:r w:rsidRPr="006C690A">
        <w:rPr>
          <w:i/>
        </w:rPr>
        <w:t>ổ</w:t>
      </w:r>
      <w:r w:rsidRPr="006C690A">
        <w:rPr>
          <w:i/>
        </w:rPr>
        <w:t xml:space="preserve"> trư</w:t>
      </w:r>
      <w:r w:rsidRPr="006C690A">
        <w:rPr>
          <w:i/>
        </w:rPr>
        <w:t>ở</w:t>
      </w:r>
      <w:r w:rsidRPr="006C690A">
        <w:rPr>
          <w:i/>
        </w:rPr>
        <w:t>ng chuyên môn đ</w:t>
      </w:r>
      <w:r w:rsidRPr="006C690A">
        <w:rPr>
          <w:i/>
        </w:rPr>
        <w:t>ị</w:t>
      </w:r>
      <w:r w:rsidRPr="006C690A">
        <w:rPr>
          <w:i/>
        </w:rPr>
        <w:t>nh hư</w:t>
      </w:r>
      <w:r w:rsidRPr="006C690A">
        <w:rPr>
          <w:i/>
        </w:rPr>
        <w:t>ớ</w:t>
      </w:r>
      <w:r w:rsidRPr="006C690A">
        <w:rPr>
          <w:i/>
        </w:rPr>
        <w:t>ng các Th</w:t>
      </w:r>
      <w:r w:rsidRPr="006C690A">
        <w:rPr>
          <w:i/>
        </w:rPr>
        <w:t>ầ</w:t>
      </w:r>
      <w:r w:rsidRPr="006C690A">
        <w:rPr>
          <w:i/>
        </w:rPr>
        <w:t>y, Cô t</w:t>
      </w:r>
      <w:r w:rsidRPr="006C690A">
        <w:rPr>
          <w:i/>
        </w:rPr>
        <w:t>ậ</w:t>
      </w:r>
      <w:r w:rsidRPr="006C690A">
        <w:rPr>
          <w:i/>
        </w:rPr>
        <w:t>p trung th</w:t>
      </w:r>
      <w:r w:rsidRPr="006C690A">
        <w:rPr>
          <w:i/>
        </w:rPr>
        <w:t>ả</w:t>
      </w:r>
      <w:r w:rsidRPr="006C690A">
        <w:rPr>
          <w:i/>
        </w:rPr>
        <w:t>o lu</w:t>
      </w:r>
      <w:r w:rsidRPr="006C690A">
        <w:rPr>
          <w:i/>
        </w:rPr>
        <w:t>ậ</w:t>
      </w:r>
      <w:r w:rsidRPr="006C690A">
        <w:rPr>
          <w:i/>
        </w:rPr>
        <w:t>n, bi</w:t>
      </w:r>
      <w:r w:rsidRPr="006C690A">
        <w:rPr>
          <w:i/>
        </w:rPr>
        <w:t>ể</w:t>
      </w:r>
      <w:r w:rsidRPr="006C690A">
        <w:rPr>
          <w:i/>
        </w:rPr>
        <w:t>u quy</w:t>
      </w:r>
      <w:r w:rsidRPr="006C690A">
        <w:rPr>
          <w:i/>
        </w:rPr>
        <w:t>ế</w:t>
      </w:r>
      <w:r w:rsidRPr="006C690A">
        <w:rPr>
          <w:i/>
        </w:rPr>
        <w:t>t 04 n</w:t>
      </w:r>
      <w:r w:rsidRPr="006C690A">
        <w:rPr>
          <w:i/>
        </w:rPr>
        <w:t>ộ</w:t>
      </w:r>
      <w:r w:rsidRPr="006C690A">
        <w:rPr>
          <w:i/>
        </w:rPr>
        <w:t>i dung c</w:t>
      </w:r>
      <w:r w:rsidRPr="006C690A">
        <w:rPr>
          <w:i/>
        </w:rPr>
        <w:t>ố</w:t>
      </w:r>
      <w:r w:rsidRPr="006C690A">
        <w:rPr>
          <w:i/>
        </w:rPr>
        <w:t>t lõi sau: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1. V</w:t>
      </w:r>
      <w:r w:rsidRPr="006C690A">
        <w:rPr>
          <w:b/>
        </w:rPr>
        <w:t>ề</w:t>
      </w:r>
      <w:r w:rsidRPr="006C690A">
        <w:rPr>
          <w:b/>
        </w:rPr>
        <w:t xml:space="preserve"> ch</w:t>
      </w:r>
      <w:r w:rsidRPr="006C690A">
        <w:rPr>
          <w:b/>
        </w:rPr>
        <w:t>ỉ</w:t>
      </w:r>
      <w:r w:rsidRPr="006C690A">
        <w:rPr>
          <w:b/>
        </w:rPr>
        <w:t xml:space="preserve"> tiêu chuyên môn &amp; Mũi nh</w:t>
      </w:r>
      <w:r w:rsidRPr="006C690A">
        <w:rPr>
          <w:b/>
        </w:rPr>
        <w:t>ọ</w:t>
      </w:r>
      <w:r w:rsidRPr="006C690A">
        <w:rPr>
          <w:b/>
        </w:rPr>
        <w:t xml:space="preserve">n: </w:t>
      </w:r>
      <w:r w:rsidRPr="006C690A">
        <w:t>Th</w:t>
      </w:r>
      <w:r w:rsidRPr="006C690A">
        <w:t>ố</w:t>
      </w:r>
      <w:r w:rsidRPr="006C690A">
        <w:t>ng nh</w:t>
      </w:r>
      <w:r w:rsidRPr="006C690A">
        <w:t>ấ</w:t>
      </w:r>
      <w:r w:rsidRPr="006C690A">
        <w:t>t đăng ký các ch</w:t>
      </w:r>
      <w:r w:rsidRPr="006C690A">
        <w:t>ỉ</w:t>
      </w:r>
      <w:r w:rsidRPr="006C690A">
        <w:t xml:space="preserve"> tiêu h</w:t>
      </w:r>
      <w:r w:rsidRPr="006C690A">
        <w:t>ọ</w:t>
      </w:r>
      <w:r w:rsidRPr="006C690A">
        <w:t>c t</w:t>
      </w:r>
      <w:r w:rsidRPr="006C690A">
        <w:t>ậ</w:t>
      </w:r>
      <w:r w:rsidRPr="006C690A">
        <w:t>p, rèn luy</w:t>
      </w:r>
      <w:r w:rsidRPr="006C690A">
        <w:t>ệ</w:t>
      </w:r>
      <w:r w:rsidRPr="006C690A">
        <w:t>n c</w:t>
      </w:r>
      <w:r w:rsidRPr="006C690A">
        <w:t>ủ</w:t>
      </w:r>
      <w:r w:rsidRPr="006C690A">
        <w:t>a b</w:t>
      </w:r>
      <w:r w:rsidRPr="006C690A">
        <w:t>ộ</w:t>
      </w:r>
      <w:r w:rsidRPr="006C690A">
        <w:t xml:space="preserve"> môn KHTN (c</w:t>
      </w:r>
      <w:r w:rsidRPr="006C690A">
        <w:t>ấ</w:t>
      </w:r>
      <w:r w:rsidRPr="006C690A">
        <w:t>p THCS) và V</w:t>
      </w:r>
      <w:r w:rsidRPr="006C690A">
        <w:t>ậ</w:t>
      </w:r>
      <w:r w:rsidRPr="006C690A">
        <w:t>t lí, Hóa h</w:t>
      </w:r>
      <w:r w:rsidRPr="006C690A">
        <w:t>ọ</w:t>
      </w:r>
      <w:r w:rsidRPr="006C690A">
        <w:t>c, Sinh h</w:t>
      </w:r>
      <w:r w:rsidRPr="006C690A">
        <w:t>ọ</w:t>
      </w:r>
      <w:r w:rsidRPr="006C690A">
        <w:t>c (c</w:t>
      </w:r>
      <w:r w:rsidRPr="006C690A">
        <w:t>ấ</w:t>
      </w:r>
      <w:r w:rsidRPr="006C690A">
        <w:t xml:space="preserve">p </w:t>
      </w:r>
      <w:r w:rsidRPr="006C690A">
        <w:t>THPT). Đ</w:t>
      </w:r>
      <w:r w:rsidRPr="006C690A">
        <w:t>ề</w:t>
      </w:r>
      <w:r w:rsidRPr="006C690A">
        <w:t xml:space="preserve"> ra gi</w:t>
      </w:r>
      <w:r w:rsidRPr="006C690A">
        <w:t>ả</w:t>
      </w:r>
      <w:r w:rsidRPr="006C690A">
        <w:t>i pháp b</w:t>
      </w:r>
      <w:r w:rsidRPr="006C690A">
        <w:t>ứ</w:t>
      </w:r>
      <w:r w:rsidRPr="006C690A">
        <w:t>t phá nâng cao s</w:t>
      </w:r>
      <w:r w:rsidRPr="006C690A">
        <w:t>ố</w:t>
      </w:r>
      <w:r w:rsidRPr="006C690A">
        <w:t xml:space="preserve"> lư</w:t>
      </w:r>
      <w:r w:rsidRPr="006C690A">
        <w:t>ợ</w:t>
      </w:r>
      <w:r w:rsidRPr="006C690A">
        <w:t>ng và ch</w:t>
      </w:r>
      <w:r w:rsidRPr="006C690A">
        <w:t>ấ</w:t>
      </w:r>
      <w:r w:rsidRPr="006C690A">
        <w:t>t lư</w:t>
      </w:r>
      <w:r w:rsidRPr="006C690A">
        <w:t>ợ</w:t>
      </w:r>
      <w:r w:rsidRPr="006C690A">
        <w:t>ng gi</w:t>
      </w:r>
      <w:r w:rsidRPr="006C690A">
        <w:t>ả</w:t>
      </w:r>
      <w:r w:rsidRPr="006C690A">
        <w:t>i H</w:t>
      </w:r>
      <w:r w:rsidRPr="006C690A">
        <w:t>ọ</w:t>
      </w:r>
      <w:r w:rsidRPr="006C690A">
        <w:t>c sinh gi</w:t>
      </w:r>
      <w:r w:rsidRPr="006C690A">
        <w:t>ỏ</w:t>
      </w:r>
      <w:r w:rsidRPr="006C690A">
        <w:t>i c</w:t>
      </w:r>
      <w:r w:rsidRPr="006C690A">
        <w:t>ấ</w:t>
      </w:r>
      <w:r w:rsidRPr="006C690A">
        <w:t>p t</w:t>
      </w:r>
      <w:r w:rsidRPr="006C690A">
        <w:t>ỉ</w:t>
      </w:r>
      <w:r w:rsidRPr="006C690A">
        <w:t>nh THPT (kh</w:t>
      </w:r>
      <w:r w:rsidRPr="006C690A">
        <w:t>ắ</w:t>
      </w:r>
      <w:r w:rsidRPr="006C690A">
        <w:t>c ph</w:t>
      </w:r>
      <w:r w:rsidRPr="006C690A">
        <w:t>ụ</w:t>
      </w:r>
      <w:r w:rsidRPr="006C690A">
        <w:t>c đi</w:t>
      </w:r>
      <w:r w:rsidRPr="006C690A">
        <w:t>ể</w:t>
      </w:r>
      <w:r w:rsidRPr="006C690A">
        <w:t>m ngh</w:t>
      </w:r>
      <w:r w:rsidRPr="006C690A">
        <w:t>ẽ</w:t>
      </w:r>
      <w:r w:rsidRPr="006C690A">
        <w:t>n 14/30 gi</w:t>
      </w:r>
      <w:r w:rsidRPr="006C690A">
        <w:t>ả</w:t>
      </w:r>
      <w:r w:rsidRPr="006C690A">
        <w:t>i năm trư</w:t>
      </w:r>
      <w:r w:rsidRPr="006C690A">
        <w:t>ớ</w:t>
      </w:r>
      <w:r w:rsidRPr="006C690A">
        <w:t>c) và nâng cao hi</w:t>
      </w:r>
      <w:r w:rsidRPr="006C690A">
        <w:t>ệ</w:t>
      </w:r>
      <w:r w:rsidRPr="006C690A">
        <w:t>u qu</w:t>
      </w:r>
      <w:r w:rsidRPr="006C690A">
        <w:t>ả</w:t>
      </w:r>
      <w:r w:rsidRPr="006C690A">
        <w:t xml:space="preserve"> ôn thi tuy</w:t>
      </w:r>
      <w:r w:rsidRPr="006C690A">
        <w:t>ể</w:t>
      </w:r>
      <w:r w:rsidRPr="006C690A">
        <w:t>n sinh 10, t</w:t>
      </w:r>
      <w:r w:rsidRPr="006C690A">
        <w:t>ố</w:t>
      </w:r>
      <w:r w:rsidRPr="006C690A">
        <w:t>t nghi</w:t>
      </w:r>
      <w:r w:rsidRPr="006C690A">
        <w:t>ệ</w:t>
      </w:r>
      <w:r w:rsidRPr="006C690A">
        <w:t>p THPT.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2. V</w:t>
      </w:r>
      <w:r w:rsidRPr="006C690A">
        <w:rPr>
          <w:b/>
        </w:rPr>
        <w:t>ề</w:t>
      </w:r>
      <w:r w:rsidRPr="006C690A">
        <w:rPr>
          <w:b/>
        </w:rPr>
        <w:t xml:space="preserve"> Quy ch</w:t>
      </w:r>
      <w:r w:rsidRPr="006C690A">
        <w:rPr>
          <w:b/>
        </w:rPr>
        <w:t>ế</w:t>
      </w:r>
      <w:r w:rsidRPr="006C690A">
        <w:rPr>
          <w:b/>
        </w:rPr>
        <w:t xml:space="preserve"> chi tiêu n</w:t>
      </w:r>
      <w:r w:rsidRPr="006C690A">
        <w:rPr>
          <w:b/>
        </w:rPr>
        <w:t>ộ</w:t>
      </w:r>
      <w:r w:rsidRPr="006C690A">
        <w:rPr>
          <w:b/>
        </w:rPr>
        <w:t>i b</w:t>
      </w:r>
      <w:r w:rsidRPr="006C690A">
        <w:rPr>
          <w:b/>
        </w:rPr>
        <w:t>ộ</w:t>
      </w:r>
      <w:r w:rsidRPr="006C690A">
        <w:rPr>
          <w:b/>
        </w:rPr>
        <w:t xml:space="preserve"> 2026: </w:t>
      </w:r>
      <w:r w:rsidRPr="006C690A">
        <w:t>Th</w:t>
      </w:r>
      <w:r w:rsidRPr="006C690A">
        <w:t>ả</w:t>
      </w:r>
      <w:r w:rsidRPr="006C690A">
        <w:t>o lu</w:t>
      </w:r>
      <w:r w:rsidRPr="006C690A">
        <w:t>ậ</w:t>
      </w:r>
      <w:r w:rsidRPr="006C690A">
        <w:t>n v</w:t>
      </w:r>
      <w:r w:rsidRPr="006C690A">
        <w:t>ề</w:t>
      </w:r>
      <w:r w:rsidRPr="006C690A">
        <w:t xml:space="preserve"> tính kh</w:t>
      </w:r>
      <w:r w:rsidRPr="006C690A">
        <w:t>ả</w:t>
      </w:r>
      <w:r w:rsidRPr="006C690A">
        <w:t xml:space="preserve"> thi c</w:t>
      </w:r>
      <w:r w:rsidRPr="006C690A">
        <w:t>ủ</w:t>
      </w:r>
      <w:r w:rsidRPr="006C690A">
        <w:t>a đ</w:t>
      </w:r>
      <w:r w:rsidRPr="006C690A">
        <w:t>ị</w:t>
      </w:r>
      <w:r w:rsidRPr="006C690A">
        <w:t>nh m</w:t>
      </w:r>
      <w:r w:rsidRPr="006C690A">
        <w:t>ứ</w:t>
      </w:r>
      <w:r w:rsidRPr="006C690A">
        <w:t>c th</w:t>
      </w:r>
      <w:r w:rsidRPr="006C690A">
        <w:t>ừ</w:t>
      </w:r>
      <w:r w:rsidRPr="006C690A">
        <w:t>a gi</w:t>
      </w:r>
      <w:r w:rsidRPr="006C690A">
        <w:t>ờ</w:t>
      </w:r>
      <w:r w:rsidRPr="006C690A">
        <w:t xml:space="preserve"> 80.000 đ</w:t>
      </w:r>
      <w:r w:rsidRPr="006C690A">
        <w:t>ồ</w:t>
      </w:r>
      <w:r w:rsidRPr="006C690A">
        <w:t>ng/ti</w:t>
      </w:r>
      <w:r w:rsidRPr="006C690A">
        <w:t>ế</w:t>
      </w:r>
      <w:r w:rsidRPr="006C690A">
        <w:t>t; m</w:t>
      </w:r>
      <w:r w:rsidRPr="006C690A">
        <w:t>ứ</w:t>
      </w:r>
      <w:r w:rsidRPr="006C690A">
        <w:t>c thanh toán công tác phí t</w:t>
      </w:r>
      <w:r w:rsidRPr="006C690A">
        <w:t>ự</w:t>
      </w:r>
      <w:r w:rsidRPr="006C690A">
        <w:t xml:space="preserve"> túc xe 4.000 đ</w:t>
      </w:r>
      <w:r w:rsidRPr="006C690A">
        <w:t>ồ</w:t>
      </w:r>
      <w:r w:rsidRPr="006C690A">
        <w:t>ng/km; m</w:t>
      </w:r>
      <w:r w:rsidRPr="006C690A">
        <w:t>ứ</w:t>
      </w:r>
      <w:r w:rsidRPr="006C690A">
        <w:t>c gi</w:t>
      </w:r>
      <w:r w:rsidRPr="006C690A">
        <w:t>ả</w:t>
      </w:r>
      <w:r w:rsidRPr="006C690A">
        <w:t>m ti</w:t>
      </w:r>
      <w:r w:rsidRPr="006C690A">
        <w:t>ế</w:t>
      </w:r>
      <w:r w:rsidRPr="006C690A">
        <w:t>t đ</w:t>
      </w:r>
      <w:r w:rsidRPr="006C690A">
        <w:t>ố</w:t>
      </w:r>
      <w:r w:rsidRPr="006C690A">
        <w:t>i v</w:t>
      </w:r>
      <w:r w:rsidRPr="006C690A">
        <w:t>ớ</w:t>
      </w:r>
      <w:r w:rsidRPr="006C690A">
        <w:t>i giáo viên ph</w:t>
      </w:r>
      <w:r w:rsidRPr="006C690A">
        <w:t>ụ</w:t>
      </w:r>
      <w:r w:rsidRPr="006C690A">
        <w:t xml:space="preserve"> trách phòng th</w:t>
      </w:r>
      <w:r w:rsidRPr="006C690A">
        <w:t>ự</w:t>
      </w:r>
      <w:r w:rsidRPr="006C690A">
        <w:t>c hành b</w:t>
      </w:r>
      <w:r w:rsidRPr="006C690A">
        <w:t>ộ</w:t>
      </w:r>
      <w:r w:rsidRPr="006C690A">
        <w:t xml:space="preserve"> môn (Lí, Hóa, Sinh, KHTN); ki</w:t>
      </w:r>
      <w:r w:rsidRPr="006C690A">
        <w:t>ế</w:t>
      </w:r>
      <w:r w:rsidRPr="006C690A">
        <w:t>n ngh</w:t>
      </w:r>
      <w:r w:rsidRPr="006C690A">
        <w:t>ị</w:t>
      </w:r>
      <w:r w:rsidRPr="006C690A">
        <w:t xml:space="preserve"> h</w:t>
      </w:r>
      <w:r w:rsidRPr="006C690A">
        <w:t>ỗ</w:t>
      </w:r>
      <w:r w:rsidRPr="006C690A">
        <w:t xml:space="preserve"> tr</w:t>
      </w:r>
      <w:r w:rsidRPr="006C690A">
        <w:t>ợ</w:t>
      </w:r>
      <w:r w:rsidRPr="006C690A">
        <w:t xml:space="preserve"> kinh phí v</w:t>
      </w:r>
      <w:r w:rsidRPr="006C690A">
        <w:t>ậ</w:t>
      </w:r>
      <w:r w:rsidRPr="006C690A">
        <w:t>t tư, hóa ch</w:t>
      </w:r>
      <w:r w:rsidRPr="006C690A">
        <w:t>ấ</w:t>
      </w:r>
      <w:r w:rsidRPr="006C690A">
        <w:t>t, m</w:t>
      </w:r>
      <w:r w:rsidRPr="006C690A">
        <w:t>ẫ</w:t>
      </w:r>
      <w:r w:rsidRPr="006C690A">
        <w:t>u v</w:t>
      </w:r>
      <w:r w:rsidRPr="006C690A">
        <w:t>ậ</w:t>
      </w:r>
      <w:r w:rsidRPr="006C690A">
        <w:t>t th</w:t>
      </w:r>
      <w:r w:rsidRPr="006C690A">
        <w:t>ự</w:t>
      </w:r>
      <w:r w:rsidRPr="006C690A">
        <w:t>c hành tiêu ha</w:t>
      </w:r>
      <w:r w:rsidRPr="006C690A">
        <w:t>o.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3. V</w:t>
      </w:r>
      <w:r w:rsidRPr="006C690A">
        <w:rPr>
          <w:b/>
        </w:rPr>
        <w:t>ề</w:t>
      </w:r>
      <w:r w:rsidRPr="006C690A">
        <w:rPr>
          <w:b/>
        </w:rPr>
        <w:t xml:space="preserve"> Cơ s</w:t>
      </w:r>
      <w:r w:rsidRPr="006C690A">
        <w:rPr>
          <w:b/>
        </w:rPr>
        <w:t>ở</w:t>
      </w:r>
      <w:r w:rsidRPr="006C690A">
        <w:rPr>
          <w:b/>
        </w:rPr>
        <w:t xml:space="preserve"> v</w:t>
      </w:r>
      <w:r w:rsidRPr="006C690A">
        <w:rPr>
          <w:b/>
        </w:rPr>
        <w:t>ậ</w:t>
      </w:r>
      <w:r w:rsidRPr="006C690A">
        <w:rPr>
          <w:b/>
        </w:rPr>
        <w:t>t ch</w:t>
      </w:r>
      <w:r w:rsidRPr="006C690A">
        <w:rPr>
          <w:b/>
        </w:rPr>
        <w:t>ấ</w:t>
      </w:r>
      <w:r w:rsidRPr="006C690A">
        <w:rPr>
          <w:b/>
        </w:rPr>
        <w:t>t &amp; Thi</w:t>
      </w:r>
      <w:r w:rsidRPr="006C690A">
        <w:rPr>
          <w:b/>
        </w:rPr>
        <w:t>ế</w:t>
      </w:r>
      <w:r w:rsidRPr="006C690A">
        <w:rPr>
          <w:b/>
        </w:rPr>
        <w:t>t b</w:t>
      </w:r>
      <w:r w:rsidRPr="006C690A">
        <w:rPr>
          <w:b/>
        </w:rPr>
        <w:t>ị</w:t>
      </w:r>
      <w:r w:rsidRPr="006C690A">
        <w:rPr>
          <w:b/>
        </w:rPr>
        <w:t xml:space="preserve"> d</w:t>
      </w:r>
      <w:r w:rsidRPr="006C690A">
        <w:rPr>
          <w:b/>
        </w:rPr>
        <w:t>ạ</w:t>
      </w:r>
      <w:r w:rsidRPr="006C690A">
        <w:rPr>
          <w:b/>
        </w:rPr>
        <w:t>y h</w:t>
      </w:r>
      <w:r w:rsidRPr="006C690A">
        <w:rPr>
          <w:b/>
        </w:rPr>
        <w:t>ọ</w:t>
      </w:r>
      <w:r w:rsidRPr="006C690A">
        <w:rPr>
          <w:b/>
        </w:rPr>
        <w:t xml:space="preserve">c KHTN: </w:t>
      </w:r>
      <w:r w:rsidRPr="006C690A">
        <w:t>Đóng góp ý ki</w:t>
      </w:r>
      <w:r w:rsidRPr="006C690A">
        <w:t>ế</w:t>
      </w:r>
      <w:r w:rsidRPr="006C690A">
        <w:t>n v</w:t>
      </w:r>
      <w:r w:rsidRPr="006C690A">
        <w:t>ề</w:t>
      </w:r>
      <w:r w:rsidRPr="006C690A">
        <w:t xml:space="preserve"> tình tr</w:t>
      </w:r>
      <w:r w:rsidRPr="006C690A">
        <w:t>ạ</w:t>
      </w:r>
      <w:r w:rsidRPr="006C690A">
        <w:t>ng trang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thí nghi</w:t>
      </w:r>
      <w:r w:rsidRPr="006C690A">
        <w:t>ệ</w:t>
      </w:r>
      <w:r w:rsidRPr="006C690A">
        <w:t>m, phòng th</w:t>
      </w:r>
      <w:r w:rsidRPr="006C690A">
        <w:t>ự</w:t>
      </w:r>
      <w:r w:rsidRPr="006C690A">
        <w:t>c hành hi</w:t>
      </w:r>
      <w:r w:rsidRPr="006C690A">
        <w:t>ệ</w:t>
      </w:r>
      <w:r w:rsidRPr="006C690A">
        <w:t>n t</w:t>
      </w:r>
      <w:r w:rsidRPr="006C690A">
        <w:t>ạ</w:t>
      </w:r>
      <w:r w:rsidRPr="006C690A">
        <w:t>i; đ</w:t>
      </w:r>
      <w:r w:rsidRPr="006C690A">
        <w:t>ề</w:t>
      </w:r>
      <w:r w:rsidRPr="006C690A">
        <w:t xml:space="preserve"> xu</w:t>
      </w:r>
      <w:r w:rsidRPr="006C690A">
        <w:t>ấ</w:t>
      </w:r>
      <w:r w:rsidRPr="006C690A">
        <w:t>t mua s</w:t>
      </w:r>
      <w:r w:rsidRPr="006C690A">
        <w:t>ắ</w:t>
      </w:r>
      <w:r w:rsidRPr="006C690A">
        <w:t>m, b</w:t>
      </w:r>
      <w:r w:rsidRPr="006C690A">
        <w:t>ổ</w:t>
      </w:r>
      <w:r w:rsidRPr="006C690A">
        <w:t xml:space="preserve"> sung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d</w:t>
      </w:r>
      <w:r w:rsidRPr="006C690A">
        <w:t>ạ</w:t>
      </w:r>
      <w:r w:rsidRPr="006C690A">
        <w:t>y h</w:t>
      </w:r>
      <w:r w:rsidRPr="006C690A">
        <w:t>ọ</w:t>
      </w:r>
      <w:r w:rsidRPr="006C690A">
        <w:t>c Chương trình GDPT 2018; ki</w:t>
      </w:r>
      <w:r w:rsidRPr="006C690A">
        <w:t>ế</w:t>
      </w:r>
      <w:r w:rsidRPr="006C690A">
        <w:t>n ngh</w:t>
      </w:r>
      <w:r w:rsidRPr="006C690A">
        <w:t>ị</w:t>
      </w:r>
      <w:r w:rsidRPr="006C690A">
        <w:t xml:space="preserve"> phân b</w:t>
      </w:r>
      <w:r w:rsidRPr="006C690A">
        <w:t>ổ</w:t>
      </w:r>
      <w:r w:rsidRPr="006C690A">
        <w:t xml:space="preserve"> nhân viên chuyên trách thi</w:t>
      </w:r>
      <w:r w:rsidRPr="006C690A">
        <w:t>ế</w:t>
      </w:r>
      <w:r w:rsidRPr="006C690A">
        <w:t>t b</w:t>
      </w:r>
      <w:r w:rsidRPr="006C690A">
        <w:t>ị</w:t>
      </w:r>
      <w:r w:rsidRPr="006C690A">
        <w:t xml:space="preserve"> thí nghi</w:t>
      </w:r>
      <w:r w:rsidRPr="006C690A">
        <w:t>ệ</w:t>
      </w:r>
      <w:r w:rsidRPr="006C690A">
        <w:t>m cho các phân hi</w:t>
      </w:r>
      <w:r w:rsidRPr="006C690A">
        <w:t>ệ</w:t>
      </w:r>
      <w:r w:rsidRPr="006C690A">
        <w:t>u.</w:t>
      </w:r>
    </w:p>
    <w:p w:rsidR="00A71AD2" w:rsidRPr="006C690A" w:rsidRDefault="00BC4545">
      <w:pPr>
        <w:pStyle w:val="ListBullet"/>
        <w:rPr>
          <w:sz w:val="24"/>
        </w:rPr>
      </w:pPr>
      <w:r w:rsidRPr="006C690A">
        <w:rPr>
          <w:b/>
        </w:rPr>
        <w:t>4. V</w:t>
      </w:r>
      <w:r w:rsidRPr="006C690A">
        <w:rPr>
          <w:b/>
        </w:rPr>
        <w:t>ề</w:t>
      </w:r>
      <w:r w:rsidRPr="006C690A">
        <w:rPr>
          <w:b/>
        </w:rPr>
        <w:t xml:space="preserve"> đ</w:t>
      </w:r>
      <w:r w:rsidRPr="006C690A">
        <w:rPr>
          <w:b/>
        </w:rPr>
        <w:t>ề</w:t>
      </w:r>
      <w:r w:rsidRPr="006C690A">
        <w:rPr>
          <w:b/>
        </w:rPr>
        <w:t xml:space="preserve"> c</w:t>
      </w:r>
      <w:r w:rsidRPr="006C690A">
        <w:rPr>
          <w:b/>
        </w:rPr>
        <w:t>ử</w:t>
      </w:r>
      <w:r w:rsidRPr="006C690A">
        <w:rPr>
          <w:b/>
        </w:rPr>
        <w:t xml:space="preserve"> nhân s</w:t>
      </w:r>
      <w:r w:rsidRPr="006C690A">
        <w:rPr>
          <w:b/>
        </w:rPr>
        <w:t>ự</w:t>
      </w:r>
      <w:r w:rsidRPr="006C690A">
        <w:rPr>
          <w:b/>
        </w:rPr>
        <w:t xml:space="preserve"> Ban TTND 2026-2028: </w:t>
      </w:r>
      <w:r w:rsidRPr="006C690A">
        <w:t>Th</w:t>
      </w:r>
      <w:r w:rsidRPr="006C690A">
        <w:t>ả</w:t>
      </w:r>
      <w:r w:rsidRPr="006C690A">
        <w:t>o lu</w:t>
      </w:r>
      <w:r w:rsidRPr="006C690A">
        <w:t>ậ</w:t>
      </w:r>
      <w:r w:rsidRPr="006C690A">
        <w:t>n tiêu chu</w:t>
      </w:r>
      <w:r w:rsidRPr="006C690A">
        <w:t>ẩ</w:t>
      </w:r>
      <w:r w:rsidRPr="006C690A">
        <w:t>n và bi</w:t>
      </w:r>
      <w:r w:rsidRPr="006C690A">
        <w:t>ể</w:t>
      </w:r>
      <w:r w:rsidRPr="006C690A">
        <w:t>u quy</w:t>
      </w:r>
      <w:r w:rsidRPr="006C690A">
        <w:t>ế</w:t>
      </w:r>
      <w:r w:rsidRPr="006C690A">
        <w:t>t th</w:t>
      </w:r>
      <w:r w:rsidRPr="006C690A">
        <w:t>ố</w:t>
      </w:r>
      <w:r w:rsidRPr="006C690A">
        <w:t>ng nh</w:t>
      </w:r>
      <w:r w:rsidRPr="006C690A">
        <w:t>ấ</w:t>
      </w:r>
      <w:r w:rsidRPr="006C690A">
        <w:t>t gi</w:t>
      </w:r>
      <w:r w:rsidRPr="006C690A">
        <w:t>ớ</w:t>
      </w:r>
      <w:r w:rsidRPr="006C690A">
        <w:t>i thi</w:t>
      </w:r>
      <w:r w:rsidRPr="006C690A">
        <w:t>ệ</w:t>
      </w:r>
      <w:r w:rsidRPr="006C690A">
        <w:t>u 02 đ</w:t>
      </w:r>
      <w:r w:rsidRPr="006C690A">
        <w:t>ồ</w:t>
      </w:r>
      <w:r w:rsidRPr="006C690A">
        <w:t>ng chí trong T</w:t>
      </w:r>
      <w:r w:rsidRPr="006C690A">
        <w:t>ổ</w:t>
      </w:r>
      <w:r w:rsidRPr="006C690A">
        <w:t xml:space="preserve"> tham gia </w:t>
      </w:r>
      <w:r w:rsidRPr="006C690A">
        <w:t>ứ</w:t>
      </w:r>
      <w:r w:rsidRPr="006C690A">
        <w:t>ng c</w:t>
      </w:r>
      <w:r w:rsidRPr="006C690A">
        <w:t>ử</w:t>
      </w:r>
      <w:r w:rsidRPr="006C690A">
        <w:t xml:space="preserve"> Ban TTND nhi</w:t>
      </w:r>
      <w:r w:rsidRPr="006C690A">
        <w:t>ệ</w:t>
      </w:r>
      <w:r w:rsidRPr="006C690A">
        <w:t>m k</w:t>
      </w:r>
      <w:r w:rsidRPr="006C690A">
        <w:t>ỳ</w:t>
      </w:r>
      <w:r w:rsidRPr="006C690A">
        <w:t xml:space="preserve"> 2026-2028 (Ghi rõ vào Biên b</w:t>
      </w:r>
      <w:r w:rsidRPr="006C690A">
        <w:t>ả</w:t>
      </w:r>
      <w:r w:rsidRPr="006C690A">
        <w:t>n h</w:t>
      </w:r>
      <w:r w:rsidRPr="006C690A">
        <w:t>ọ</w:t>
      </w:r>
      <w:r w:rsidRPr="006C690A">
        <w:t>p t</w:t>
      </w:r>
      <w:r w:rsidRPr="006C690A">
        <w:t>ổ</w:t>
      </w:r>
      <w:r w:rsidRPr="006C690A">
        <w:t>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896"/>
      </w:tblGrid>
      <w:tr w:rsidR="00A71AD2" w:rsidRPr="006C690A">
        <w:trPr>
          <w:jc w:val="center"/>
        </w:trPr>
        <w:tc>
          <w:tcPr>
            <w:tcW w:w="4752" w:type="dxa"/>
          </w:tcPr>
          <w:p w:rsidR="00A71AD2" w:rsidRPr="006C690A" w:rsidRDefault="00BC4545">
            <w:pPr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</w:rPr>
              <w:t>THƯ KÝ CU</w:t>
            </w:r>
            <w:r w:rsidRPr="006C690A">
              <w:rPr>
                <w:b/>
                <w:color w:val="1F4E79"/>
              </w:rPr>
              <w:t>Ộ</w:t>
            </w:r>
            <w:r w:rsidRPr="006C690A">
              <w:rPr>
                <w:b/>
                <w:color w:val="1F4E79"/>
              </w:rPr>
              <w:t>C H</w:t>
            </w:r>
            <w:r w:rsidRPr="006C690A">
              <w:rPr>
                <w:b/>
                <w:color w:val="1F4E79"/>
              </w:rPr>
              <w:t>Ọ</w:t>
            </w:r>
            <w:r w:rsidRPr="006C690A">
              <w:rPr>
                <w:b/>
                <w:color w:val="1F4E79"/>
              </w:rPr>
              <w:t>P</w:t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lastRenderedPageBreak/>
              <w:t>(Ký và ghi rõ h</w:t>
            </w:r>
            <w:r w:rsidRPr="006C690A">
              <w:rPr>
                <w:b/>
                <w:color w:val="1F4E79"/>
              </w:rPr>
              <w:t>ọ</w:t>
            </w:r>
            <w:r w:rsidRPr="006C690A">
              <w:rPr>
                <w:b/>
                <w:color w:val="1F4E79"/>
              </w:rPr>
              <w:t xml:space="preserve"> tên)</w:t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</w:p>
        </w:tc>
        <w:tc>
          <w:tcPr>
            <w:tcW w:w="4896" w:type="dxa"/>
          </w:tcPr>
          <w:p w:rsidR="00A71AD2" w:rsidRPr="006C690A" w:rsidRDefault="00BC4545" w:rsidP="006C690A">
            <w:pPr>
              <w:jc w:val="center"/>
              <w:rPr>
                <w:sz w:val="24"/>
              </w:rPr>
            </w:pPr>
            <w:r w:rsidRPr="006C690A">
              <w:rPr>
                <w:b/>
                <w:color w:val="1F4E79"/>
              </w:rPr>
              <w:lastRenderedPageBreak/>
              <w:t>T</w:t>
            </w:r>
            <w:r w:rsidRPr="006C690A">
              <w:rPr>
                <w:b/>
                <w:color w:val="1F4E79"/>
              </w:rPr>
              <w:t>Ổ</w:t>
            </w:r>
            <w:r w:rsidRPr="006C690A">
              <w:rPr>
                <w:b/>
                <w:color w:val="1F4E79"/>
              </w:rPr>
              <w:t xml:space="preserve"> TRƯ</w:t>
            </w:r>
            <w:r w:rsidRPr="006C690A">
              <w:rPr>
                <w:b/>
                <w:color w:val="1F4E79"/>
              </w:rPr>
              <w:t>Ở</w:t>
            </w:r>
            <w:r w:rsidRPr="006C690A">
              <w:rPr>
                <w:b/>
                <w:color w:val="1F4E79"/>
              </w:rPr>
              <w:t>NG CHUYÊN MÔN KHTN</w:t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lastRenderedPageBreak/>
              <w:t>(Ký và ghi rõ h</w:t>
            </w:r>
            <w:r w:rsidRPr="006C690A">
              <w:rPr>
                <w:b/>
                <w:color w:val="1F4E79"/>
              </w:rPr>
              <w:t>ọ</w:t>
            </w:r>
            <w:r w:rsidRPr="006C690A">
              <w:rPr>
                <w:b/>
                <w:color w:val="1F4E79"/>
              </w:rPr>
              <w:t xml:space="preserve"> tên)</w:t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</w:rPr>
              <w:br/>
            </w:r>
            <w:r w:rsidRPr="006C690A">
              <w:rPr>
                <w:b/>
                <w:color w:val="1F4E79"/>
                <w:sz w:val="24"/>
              </w:rPr>
              <w:t>Tr</w:t>
            </w:r>
            <w:r w:rsidRPr="006C690A">
              <w:rPr>
                <w:b/>
                <w:color w:val="1F4E79"/>
                <w:sz w:val="24"/>
              </w:rPr>
              <w:t>ầ</w:t>
            </w:r>
            <w:r w:rsidRPr="006C690A">
              <w:rPr>
                <w:b/>
                <w:color w:val="1F4E79"/>
                <w:sz w:val="24"/>
              </w:rPr>
              <w:t>n Minh Thành</w:t>
            </w:r>
          </w:p>
        </w:tc>
      </w:tr>
    </w:tbl>
    <w:p w:rsidR="00BC4545" w:rsidRPr="006C690A" w:rsidRDefault="00BC4545">
      <w:pPr>
        <w:rPr>
          <w:sz w:val="24"/>
        </w:rPr>
      </w:pPr>
    </w:p>
    <w:sectPr w:rsidR="00BC4545" w:rsidRPr="006C690A" w:rsidSect="00034616">
      <w:pgSz w:w="12240" w:h="15840"/>
      <w:pgMar w:top="1138" w:right="1138" w:bottom="1138" w:left="1411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690A"/>
    <w:rsid w:val="00A71AD2"/>
    <w:rsid w:val="00AA1D8D"/>
    <w:rsid w:val="00B47730"/>
    <w:rsid w:val="00BC454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924FC1A-6EEE-413D-9253-3C1576F8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0AE072-03B4-4F33-A5BD-51328E39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2985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2026-10-16T14:15:00Z</dcterms:modified>
  <cp:category/>
</cp:coreProperties>
</file>